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p>
    <w:p>
      <w:pPr>
        <w:spacing w:after="360"/>
      </w:pPr>
    </w:p>
    <w:p>
      <w:pPr>
        <w:spacing w:after="360"/>
      </w:pPr>
    </w:p>
    <w:p>
      <w:pPr>
        <w:spacing w:after="360"/>
      </w:pPr>
    </w:p>
    <w:p>
      <w:pPr>
        <w:spacing w:after="360"/>
      </w:pPr>
    </w:p>
    <w:p>
      <w:pPr>
        <w:pStyle w:val="Kicker"/>
        <w:jc w:val="center"/>
      </w:pPr>
      <w:r>
        <w:rPr>
          <w:rFonts w:ascii="Calibri" w:hAnsi="Calibri"/>
          <w:b/>
          <w:color w:val="A52F20"/>
          <w:sz w:val="21"/>
        </w:rPr>
        <w:t>A PRACTICAL GUIDE TO QUITTING SMOKING</w:t>
      </w:r>
    </w:p>
    <w:p>
      <w:pPr>
        <w:spacing w:after="200"/>
        <w:jc w:val="center"/>
      </w:pPr>
      <w:r>
        <w:rPr>
          <w:rFonts w:ascii="Iowan Old Style" w:hAnsi="Iowan Old Style"/>
          <w:b/>
          <w:color w:val="151411"/>
          <w:sz w:val="70"/>
        </w:rPr>
        <w:t>THE LAST</w:t>
        <w:br/>
        <w:t>CIGARETTE</w:t>
      </w:r>
    </w:p>
    <w:p>
      <w:pPr>
        <w:spacing w:after="160"/>
        <w:jc w:val="center"/>
      </w:pPr>
      <w:r>
        <w:rPr>
          <w:rFonts w:ascii="Calibri" w:hAnsi="Calibri"/>
          <w:color w:val="203748"/>
          <w:sz w:val="30"/>
        </w:rPr>
        <w:t>A clear, compassionate guide to quitting</w:t>
        <w:br/>
        <w:t>without shame or fear</w:t>
      </w:r>
    </w:p>
    <w:p>
      <w:pPr>
        <w:spacing w:before="320" w:after="1160"/>
        <w:jc w:val="center"/>
      </w:pPr>
      <w:r>
        <w:rPr>
          <w:rFonts w:ascii="Calibri" w:hAnsi="Calibri"/>
          <w:b/>
          <w:color w:val="A52F20"/>
          <w:sz w:val="19"/>
        </w:rPr>
        <w:t>BOOK + PRACTICAL WORKBOOK</w:t>
      </w:r>
    </w:p>
    <w:p>
      <w:pPr>
        <w:spacing w:after="80"/>
        <w:jc w:val="center"/>
      </w:pPr>
      <w:r>
        <w:rPr>
          <w:rFonts w:ascii="Calibri" w:hAnsi="Calibri"/>
          <w:b/>
          <w:color w:val="151411"/>
          <w:sz w:val="23"/>
        </w:rPr>
        <w:t>VJ</w:t>
      </w:r>
    </w:p>
    <w:p>
      <w:pPr>
        <w:jc w:val="center"/>
      </w:pPr>
      <w:hyperlink r:id="rId9">
        <w:r>
          <w:rPr>
            <w:rFonts w:ascii="Calibri" w:hAnsi="Calibri"/>
            <w:color w:val="A52F20"/>
            <w:u w:val="single"/>
          </w:rPr>
          <w:t>lastcigarette.org</w:t>
        </w:r>
      </w:hyperlink>
    </w:p>
    <w:p>
      <w:pPr>
        <w:jc w:val="center"/>
      </w:pPr>
      <w:r>
        <w:rPr>
          <w:rFonts w:ascii="Calibri" w:hAnsi="Calibri"/>
          <w:color w:val="6F675C"/>
          <w:sz w:val="19"/>
        </w:rPr>
        <w:t>August 2026</w:t>
      </w:r>
    </w:p>
    <w:p>
      <w:pPr>
        <w:sectPr>
          <w:pgSz w:w="12240" w:h="15840"/>
          <w:pgMar w:top="1440" w:right="1440" w:bottom="1440" w:left="1440" w:header="708" w:footer="708" w:gutter="0"/>
          <w:cols w:space="720"/>
          <w:titlePg/>
          <w:docGrid w:linePitch="360"/>
        </w:sectPr>
      </w:pPr>
    </w:p>
    <w:p>
      <w:pPr>
        <w:pStyle w:val="Kicker"/>
        <w:pageBreakBefore/>
      </w:pPr>
      <w:r>
        <w:rPr>
          <w:rFonts w:ascii="Calibri" w:hAnsi="Calibri"/>
        </w:rPr>
        <w:t>NAVIGATION</w:t>
      </w:r>
    </w:p>
    <w:p>
      <w:pPr>
        <w:pStyle w:val="Heading1"/>
        <w:pageBreakBefore w:val="0"/>
      </w:pPr>
      <w:r>
        <w:t>Contents</w:t>
      </w:r>
    </w:p>
    <w:p>
      <w:pPr>
        <w:pStyle w:val="Lead"/>
      </w:pPr>
      <w:r>
        <w:rPr>
          <w:rFonts w:ascii="Calibri" w:hAnsi="Calibri"/>
        </w:rPr>
        <w:t>Twelve short chapters and a practical workbook you can use at your own pace.</w:t>
      </w:r>
    </w:p>
    <w:p>
      <w:pPr>
        <w:pStyle w:val="TOCEntry"/>
        <w:tabs>
          <w:tab w:pos="9144" w:val="right" w:leader="dot"/>
        </w:tabs>
        <w:ind w:left="0" w:firstLine="0"/>
      </w:pPr>
      <w:r>
        <w:rPr>
          <w:rFonts w:ascii="Calibri" w:hAnsi="Calibri"/>
          <w:b/>
          <w:color w:val="151411"/>
          <w:sz w:val="21"/>
        </w:rPr>
        <w:t>Part One - The Book</w:t>
      </w:r>
      <w:r>
        <w:tab/>
      </w:r>
      <w:r>
        <w:rPr>
          <w:rFonts w:ascii="Calibri" w:hAnsi="Calibri"/>
          <w:color w:val="6F675C"/>
          <w:sz w:val="19"/>
        </w:rPr>
        <w:t>4</w:t>
      </w:r>
    </w:p>
    <w:p>
      <w:pPr>
        <w:pStyle w:val="TOCEntry"/>
        <w:tabs>
          <w:tab w:pos="9144" w:val="right" w:leader="dot"/>
        </w:tabs>
        <w:ind w:left="0" w:firstLine="0"/>
      </w:pPr>
      <w:r>
        <w:rPr>
          <w:rFonts w:ascii="Calibri" w:hAnsi="Calibri"/>
          <w:b w:val="0"/>
          <w:color w:val="151411"/>
          <w:sz w:val="21"/>
        </w:rPr>
        <w:t>Chapter 1 - How I got here</w:t>
      </w:r>
      <w:r>
        <w:tab/>
      </w:r>
      <w:r>
        <w:rPr>
          <w:rFonts w:ascii="Calibri" w:hAnsi="Calibri"/>
          <w:color w:val="6F675C"/>
          <w:sz w:val="19"/>
        </w:rPr>
        <w:t>5</w:t>
      </w:r>
    </w:p>
    <w:p>
      <w:pPr>
        <w:pStyle w:val="TOCEntry"/>
        <w:tabs>
          <w:tab w:pos="9144" w:val="right" w:leader="dot"/>
        </w:tabs>
        <w:ind w:left="0" w:firstLine="0"/>
      </w:pPr>
      <w:r>
        <w:rPr>
          <w:rFonts w:ascii="Calibri" w:hAnsi="Calibri"/>
          <w:b w:val="0"/>
          <w:color w:val="151411"/>
          <w:sz w:val="21"/>
        </w:rPr>
        <w:t>Chapter 2 - How smoking entered the rest of my life</w:t>
      </w:r>
      <w:r>
        <w:tab/>
      </w:r>
      <w:r>
        <w:rPr>
          <w:rFonts w:ascii="Calibri" w:hAnsi="Calibri"/>
          <w:color w:val="6F675C"/>
          <w:sz w:val="19"/>
        </w:rPr>
        <w:t>8</w:t>
      </w:r>
    </w:p>
    <w:p>
      <w:pPr>
        <w:pStyle w:val="TOCEntry"/>
        <w:tabs>
          <w:tab w:pos="9144" w:val="right" w:leader="dot"/>
        </w:tabs>
        <w:ind w:left="0" w:firstLine="0"/>
      </w:pPr>
      <w:r>
        <w:rPr>
          <w:rFonts w:ascii="Calibri" w:hAnsi="Calibri"/>
          <w:b w:val="0"/>
          <w:color w:val="151411"/>
          <w:sz w:val="21"/>
        </w:rPr>
        <w:t>Chapter 3 - What the cigarette promised me</w:t>
      </w:r>
      <w:r>
        <w:tab/>
      </w:r>
      <w:r>
        <w:rPr>
          <w:rFonts w:ascii="Calibri" w:hAnsi="Calibri"/>
          <w:color w:val="6F675C"/>
          <w:sz w:val="19"/>
        </w:rPr>
        <w:t>12</w:t>
      </w:r>
    </w:p>
    <w:p>
      <w:pPr>
        <w:pStyle w:val="TOCEntry"/>
        <w:tabs>
          <w:tab w:pos="9144" w:val="right" w:leader="dot"/>
        </w:tabs>
        <w:ind w:left="0" w:firstLine="0"/>
      </w:pPr>
      <w:r>
        <w:rPr>
          <w:rFonts w:ascii="Calibri" w:hAnsi="Calibri"/>
          <w:b w:val="0"/>
          <w:color w:val="151411"/>
          <w:sz w:val="21"/>
        </w:rPr>
        <w:t>Chapter 4 - Why it started to feel automatic</w:t>
      </w:r>
      <w:r>
        <w:tab/>
      </w:r>
      <w:r>
        <w:rPr>
          <w:rFonts w:ascii="Calibri" w:hAnsi="Calibri"/>
          <w:color w:val="6F675C"/>
          <w:sz w:val="19"/>
        </w:rPr>
        <w:t>16</w:t>
      </w:r>
    </w:p>
    <w:p>
      <w:pPr>
        <w:pStyle w:val="TOCEntry"/>
        <w:tabs>
          <w:tab w:pos="9144" w:val="right" w:leader="dot"/>
        </w:tabs>
        <w:ind w:left="0" w:firstLine="0"/>
      </w:pPr>
      <w:r>
        <w:rPr>
          <w:rFonts w:ascii="Calibri" w:hAnsi="Calibri"/>
          <w:b w:val="0"/>
          <w:color w:val="151411"/>
          <w:sz w:val="21"/>
        </w:rPr>
        <w:t>Chapter 5 - Catch the moment before you smoke</w:t>
      </w:r>
      <w:r>
        <w:tab/>
      </w:r>
      <w:r>
        <w:rPr>
          <w:rFonts w:ascii="Calibri" w:hAnsi="Calibri"/>
          <w:color w:val="6F675C"/>
          <w:sz w:val="19"/>
        </w:rPr>
        <w:t>20</w:t>
      </w:r>
    </w:p>
    <w:p>
      <w:pPr>
        <w:pStyle w:val="TOCEntry"/>
        <w:tabs>
          <w:tab w:pos="9144" w:val="right" w:leader="dot"/>
        </w:tabs>
        <w:ind w:left="0" w:firstLine="0"/>
      </w:pPr>
      <w:r>
        <w:rPr>
          <w:rFonts w:ascii="Calibri" w:hAnsi="Calibri"/>
          <w:b w:val="0"/>
          <w:color w:val="151411"/>
          <w:sz w:val="21"/>
        </w:rPr>
        <w:t>Chapter 6 - The things we tell ourselves</w:t>
      </w:r>
      <w:r>
        <w:tab/>
      </w:r>
      <w:r>
        <w:rPr>
          <w:rFonts w:ascii="Calibri" w:hAnsi="Calibri"/>
          <w:color w:val="6F675C"/>
          <w:sz w:val="19"/>
        </w:rPr>
        <w:t>23</w:t>
      </w:r>
    </w:p>
    <w:p>
      <w:pPr>
        <w:pStyle w:val="TOCEntry"/>
        <w:tabs>
          <w:tab w:pos="9144" w:val="right" w:leader="dot"/>
        </w:tabs>
        <w:ind w:left="0" w:firstLine="0"/>
      </w:pPr>
      <w:r>
        <w:rPr>
          <w:rFonts w:ascii="Calibri" w:hAnsi="Calibri"/>
          <w:b w:val="0"/>
          <w:color w:val="151411"/>
          <w:sz w:val="21"/>
        </w:rPr>
        <w:t>Chapter 7 - When your mind says "just one"</w:t>
      </w:r>
      <w:r>
        <w:tab/>
      </w:r>
      <w:r>
        <w:rPr>
          <w:rFonts w:ascii="Calibri" w:hAnsi="Calibri"/>
          <w:color w:val="6F675C"/>
          <w:sz w:val="19"/>
        </w:rPr>
        <w:t>27</w:t>
      </w:r>
    </w:p>
    <w:p>
      <w:pPr>
        <w:pStyle w:val="TOCEntry"/>
        <w:tabs>
          <w:tab w:pos="9144" w:val="right" w:leader="dot"/>
        </w:tabs>
        <w:ind w:left="0" w:firstLine="0"/>
      </w:pPr>
      <w:r>
        <w:rPr>
          <w:rFonts w:ascii="Calibri" w:hAnsi="Calibri"/>
          <w:b w:val="0"/>
          <w:color w:val="151411"/>
          <w:sz w:val="21"/>
        </w:rPr>
        <w:t>Chapter 8 - Stress without smoking</w:t>
      </w:r>
      <w:r>
        <w:tab/>
      </w:r>
      <w:r>
        <w:rPr>
          <w:rFonts w:ascii="Calibri" w:hAnsi="Calibri"/>
          <w:color w:val="6F675C"/>
          <w:sz w:val="19"/>
        </w:rPr>
        <w:t>30</w:t>
      </w:r>
    </w:p>
    <w:p>
      <w:pPr>
        <w:pStyle w:val="TOCEntry"/>
        <w:tabs>
          <w:tab w:pos="9144" w:val="right" w:leader="dot"/>
        </w:tabs>
        <w:ind w:left="0" w:firstLine="0"/>
      </w:pPr>
      <w:r>
        <w:rPr>
          <w:rFonts w:ascii="Calibri" w:hAnsi="Calibri"/>
          <w:b w:val="0"/>
          <w:color w:val="151411"/>
          <w:sz w:val="21"/>
        </w:rPr>
        <w:t>Chapter 9 - Who am I without cigarettes?</w:t>
      </w:r>
      <w:r>
        <w:tab/>
      </w:r>
      <w:r>
        <w:rPr>
          <w:rFonts w:ascii="Calibri" w:hAnsi="Calibri"/>
          <w:color w:val="6F675C"/>
          <w:sz w:val="19"/>
        </w:rPr>
        <w:t>33</w:t>
      </w:r>
    </w:p>
    <w:p>
      <w:pPr>
        <w:pStyle w:val="TOCEntry"/>
        <w:tabs>
          <w:tab w:pos="9144" w:val="right" w:leader="dot"/>
        </w:tabs>
        <w:ind w:left="0" w:firstLine="0"/>
      </w:pPr>
      <w:r>
        <w:rPr>
          <w:rFonts w:ascii="Calibri" w:hAnsi="Calibri"/>
          <w:b w:val="0"/>
          <w:color w:val="151411"/>
          <w:sz w:val="21"/>
        </w:rPr>
        <w:t>Chapter 10 - The day you stop</w:t>
      </w:r>
      <w:r>
        <w:tab/>
      </w:r>
      <w:r>
        <w:rPr>
          <w:rFonts w:ascii="Calibri" w:hAnsi="Calibri"/>
          <w:color w:val="6F675C"/>
          <w:sz w:val="19"/>
        </w:rPr>
        <w:t>37</w:t>
      </w:r>
    </w:p>
    <w:p>
      <w:pPr>
        <w:pStyle w:val="TOCEntry"/>
        <w:tabs>
          <w:tab w:pos="9144" w:val="right" w:leader="dot"/>
        </w:tabs>
        <w:ind w:left="0" w:firstLine="0"/>
      </w:pPr>
      <w:r>
        <w:rPr>
          <w:rFonts w:ascii="Calibri" w:hAnsi="Calibri"/>
          <w:b w:val="0"/>
          <w:color w:val="151411"/>
          <w:sz w:val="21"/>
        </w:rPr>
        <w:t>Chapter 11 - The days after</w:t>
      </w:r>
      <w:r>
        <w:tab/>
      </w:r>
      <w:r>
        <w:rPr>
          <w:rFonts w:ascii="Calibri" w:hAnsi="Calibri"/>
          <w:color w:val="6F675C"/>
          <w:sz w:val="19"/>
        </w:rPr>
        <w:t>42</w:t>
      </w:r>
    </w:p>
    <w:p>
      <w:pPr>
        <w:pStyle w:val="TOCEntry"/>
        <w:tabs>
          <w:tab w:pos="9144" w:val="right" w:leader="dot"/>
        </w:tabs>
        <w:ind w:left="0" w:firstLine="0"/>
      </w:pPr>
      <w:r>
        <w:rPr>
          <w:rFonts w:ascii="Calibri" w:hAnsi="Calibri"/>
          <w:b w:val="0"/>
          <w:color w:val="151411"/>
          <w:sz w:val="21"/>
        </w:rPr>
        <w:t>Chapter 12 - If someone you love wants to quit</w:t>
      </w:r>
      <w:r>
        <w:tab/>
      </w:r>
      <w:r>
        <w:rPr>
          <w:rFonts w:ascii="Calibri" w:hAnsi="Calibri"/>
          <w:color w:val="6F675C"/>
          <w:sz w:val="19"/>
        </w:rPr>
        <w:t>46</w:t>
      </w:r>
    </w:p>
    <w:p>
      <w:pPr>
        <w:pStyle w:val="TOCEntry"/>
        <w:tabs>
          <w:tab w:pos="9144" w:val="right" w:leader="dot"/>
        </w:tabs>
        <w:ind w:left="0" w:firstLine="0"/>
      </w:pPr>
      <w:r>
        <w:rPr>
          <w:rFonts w:ascii="Calibri" w:hAnsi="Calibri"/>
          <w:b/>
          <w:color w:val="151411"/>
          <w:sz w:val="21"/>
        </w:rPr>
        <w:t>PART TWO - THE FREEDOM WORKBOOK</w:t>
      </w:r>
      <w:r>
        <w:tab/>
      </w:r>
      <w:r>
        <w:rPr>
          <w:rFonts w:ascii="Calibri" w:hAnsi="Calibri"/>
          <w:color w:val="6F675C"/>
          <w:sz w:val="19"/>
        </w:rPr>
        <w:t>49</w:t>
      </w:r>
    </w:p>
    <w:p>
      <w:pPr>
        <w:pStyle w:val="TOCEntry"/>
        <w:tabs>
          <w:tab w:pos="9144" w:val="right" w:leader="dot"/>
        </w:tabs>
        <w:ind w:left="0" w:firstLine="0"/>
      </w:pPr>
      <w:r>
        <w:rPr>
          <w:rFonts w:ascii="Calibri" w:hAnsi="Calibri"/>
          <w:b w:val="0"/>
          <w:color w:val="151411"/>
          <w:sz w:val="21"/>
        </w:rPr>
        <w:t>Workbook 1 - Where I Am Today</w:t>
      </w:r>
      <w:r>
        <w:tab/>
      </w:r>
      <w:r>
        <w:rPr>
          <w:rFonts w:ascii="Calibri" w:hAnsi="Calibri"/>
          <w:color w:val="6F675C"/>
          <w:sz w:val="19"/>
        </w:rPr>
        <w:t>50</w:t>
      </w:r>
    </w:p>
    <w:p>
      <w:pPr>
        <w:pStyle w:val="TOCEntry"/>
        <w:tabs>
          <w:tab w:pos="9144" w:val="right" w:leader="dot"/>
        </w:tabs>
        <w:ind w:left="0" w:firstLine="0"/>
      </w:pPr>
      <w:r>
        <w:rPr>
          <w:rFonts w:ascii="Calibri" w:hAnsi="Calibri"/>
          <w:b w:val="0"/>
          <w:color w:val="151411"/>
          <w:sz w:val="21"/>
        </w:rPr>
        <w:t>Workbook 2 - Why I Want to Stop</w:t>
      </w:r>
      <w:r>
        <w:tab/>
      </w:r>
      <w:r>
        <w:rPr>
          <w:rFonts w:ascii="Calibri" w:hAnsi="Calibri"/>
          <w:color w:val="6F675C"/>
          <w:sz w:val="19"/>
        </w:rPr>
        <w:t>52</w:t>
      </w:r>
    </w:p>
    <w:p>
      <w:pPr>
        <w:pStyle w:val="TOCEntry"/>
        <w:tabs>
          <w:tab w:pos="9144" w:val="right" w:leader="dot"/>
        </w:tabs>
        <w:ind w:left="0" w:firstLine="0"/>
      </w:pPr>
      <w:r>
        <w:rPr>
          <w:rFonts w:ascii="Calibri" w:hAnsi="Calibri"/>
          <w:b w:val="0"/>
          <w:color w:val="151411"/>
          <w:sz w:val="21"/>
        </w:rPr>
        <w:t>Workbook 3 - My Smoking Patterns and Triggers</w:t>
      </w:r>
      <w:r>
        <w:tab/>
      </w:r>
      <w:r>
        <w:rPr>
          <w:rFonts w:ascii="Calibri" w:hAnsi="Calibri"/>
          <w:color w:val="6F675C"/>
          <w:sz w:val="19"/>
        </w:rPr>
        <w:t>53</w:t>
      </w:r>
    </w:p>
    <w:p>
      <w:pPr>
        <w:pStyle w:val="TOCEntry"/>
        <w:tabs>
          <w:tab w:pos="9144" w:val="right" w:leader="dot"/>
        </w:tabs>
        <w:ind w:left="0" w:firstLine="0"/>
      </w:pPr>
      <w:r>
        <w:rPr>
          <w:rFonts w:ascii="Calibri" w:hAnsi="Calibri"/>
          <w:b w:val="0"/>
          <w:color w:val="151411"/>
          <w:sz w:val="21"/>
        </w:rPr>
        <w:t>Workbook 4 - Questions for My Doctor or Pharmacist</w:t>
      </w:r>
      <w:r>
        <w:tab/>
      </w:r>
      <w:r>
        <w:rPr>
          <w:rFonts w:ascii="Calibri" w:hAnsi="Calibri"/>
          <w:color w:val="6F675C"/>
          <w:sz w:val="19"/>
        </w:rPr>
        <w:t>55</w:t>
      </w:r>
    </w:p>
    <w:p>
      <w:pPr>
        <w:pStyle w:val="TOCEntry"/>
        <w:tabs>
          <w:tab w:pos="9144" w:val="right" w:leader="dot"/>
        </w:tabs>
        <w:ind w:left="0" w:firstLine="0"/>
      </w:pPr>
      <w:r>
        <w:rPr>
          <w:rFonts w:ascii="Calibri" w:hAnsi="Calibri"/>
          <w:b w:val="0"/>
          <w:color w:val="151411"/>
          <w:sz w:val="21"/>
        </w:rPr>
        <w:t>Workbook 5 - My People and My Surroundings</w:t>
      </w:r>
      <w:r>
        <w:tab/>
      </w:r>
      <w:r>
        <w:rPr>
          <w:rFonts w:ascii="Calibri" w:hAnsi="Calibri"/>
          <w:color w:val="6F675C"/>
          <w:sz w:val="19"/>
        </w:rPr>
        <w:t>57</w:t>
      </w:r>
    </w:p>
    <w:p>
      <w:pPr>
        <w:pStyle w:val="TOCEntry"/>
        <w:tabs>
          <w:tab w:pos="9144" w:val="right" w:leader="dot"/>
        </w:tabs>
        <w:ind w:left="0" w:firstLine="0"/>
      </w:pPr>
      <w:r>
        <w:rPr>
          <w:rFonts w:ascii="Calibri" w:hAnsi="Calibri"/>
          <w:b w:val="0"/>
          <w:color w:val="151411"/>
          <w:sz w:val="21"/>
        </w:rPr>
        <w:t>Workbook 6 - Plans for Difficult Moments</w:t>
      </w:r>
      <w:r>
        <w:tab/>
      </w:r>
      <w:r>
        <w:rPr>
          <w:rFonts w:ascii="Calibri" w:hAnsi="Calibri"/>
          <w:color w:val="6F675C"/>
          <w:sz w:val="19"/>
        </w:rPr>
        <w:t>59</w:t>
      </w:r>
    </w:p>
    <w:p>
      <w:pPr>
        <w:pStyle w:val="TOCEntry"/>
        <w:tabs>
          <w:tab w:pos="9144" w:val="right" w:leader="dot"/>
        </w:tabs>
        <w:ind w:left="0" w:firstLine="0"/>
      </w:pPr>
      <w:r>
        <w:rPr>
          <w:rFonts w:ascii="Calibri" w:hAnsi="Calibri"/>
          <w:b w:val="0"/>
          <w:color w:val="151411"/>
          <w:sz w:val="21"/>
        </w:rPr>
        <w:t>Workbook 7 - What Does the Cigarette Promise?</w:t>
      </w:r>
      <w:r>
        <w:tab/>
      </w:r>
      <w:r>
        <w:rPr>
          <w:rFonts w:ascii="Calibri" w:hAnsi="Calibri"/>
          <w:color w:val="6F675C"/>
          <w:sz w:val="19"/>
        </w:rPr>
        <w:t>61</w:t>
      </w:r>
    </w:p>
    <w:p>
      <w:pPr>
        <w:pStyle w:val="TOCEntry"/>
        <w:tabs>
          <w:tab w:pos="9144" w:val="right" w:leader="dot"/>
        </w:tabs>
        <w:ind w:left="0" w:firstLine="0"/>
      </w:pPr>
      <w:r>
        <w:rPr>
          <w:rFonts w:ascii="Calibri" w:hAnsi="Calibri"/>
          <w:b w:val="0"/>
          <w:color w:val="151411"/>
          <w:sz w:val="21"/>
        </w:rPr>
        <w:t>Workbook 8 - When a Craving Hits</w:t>
      </w:r>
      <w:r>
        <w:tab/>
      </w:r>
      <w:r>
        <w:rPr>
          <w:rFonts w:ascii="Calibri" w:hAnsi="Calibri"/>
          <w:color w:val="6F675C"/>
          <w:sz w:val="19"/>
        </w:rPr>
        <w:t>63</w:t>
      </w:r>
    </w:p>
    <w:p>
      <w:pPr>
        <w:pStyle w:val="TOCEntry"/>
        <w:tabs>
          <w:tab w:pos="9144" w:val="right" w:leader="dot"/>
        </w:tabs>
        <w:ind w:left="0" w:firstLine="0"/>
      </w:pPr>
      <w:r>
        <w:rPr>
          <w:rFonts w:ascii="Calibri" w:hAnsi="Calibri"/>
          <w:b w:val="0"/>
          <w:color w:val="151411"/>
          <w:sz w:val="21"/>
        </w:rPr>
        <w:t>Workbook 9 - Quit Day and the First 72 Hours</w:t>
      </w:r>
      <w:r>
        <w:tab/>
      </w:r>
      <w:r>
        <w:rPr>
          <w:rFonts w:ascii="Calibri" w:hAnsi="Calibri"/>
          <w:color w:val="6F675C"/>
          <w:sz w:val="19"/>
        </w:rPr>
        <w:t>65</w:t>
      </w:r>
    </w:p>
    <w:p>
      <w:pPr>
        <w:pStyle w:val="TOCEntry"/>
        <w:tabs>
          <w:tab w:pos="9144" w:val="right" w:leader="dot"/>
        </w:tabs>
        <w:ind w:left="0" w:firstLine="0"/>
      </w:pPr>
      <w:r>
        <w:rPr>
          <w:rFonts w:ascii="Calibri" w:hAnsi="Calibri"/>
          <w:b w:val="0"/>
          <w:color w:val="151411"/>
          <w:sz w:val="21"/>
        </w:rPr>
        <w:t>Workbook 10 - If I Smoke, Restart Here</w:t>
      </w:r>
      <w:r>
        <w:tab/>
      </w:r>
      <w:r>
        <w:rPr>
          <w:rFonts w:ascii="Calibri" w:hAnsi="Calibri"/>
          <w:color w:val="6F675C"/>
          <w:sz w:val="19"/>
        </w:rPr>
        <w:t>67</w:t>
      </w:r>
    </w:p>
    <w:p>
      <w:pPr>
        <w:pStyle w:val="TOCEntry"/>
        <w:tabs>
          <w:tab w:pos="9144" w:val="right" w:leader="dot"/>
        </w:tabs>
        <w:ind w:left="0" w:firstLine="0"/>
      </w:pPr>
      <w:r>
        <w:rPr>
          <w:rFonts w:ascii="Calibri" w:hAnsi="Calibri"/>
          <w:b w:val="0"/>
          <w:color w:val="151411"/>
          <w:sz w:val="21"/>
        </w:rPr>
        <w:t>Workbook 11 - Staying Free for the Next 90 Days</w:t>
      </w:r>
      <w:r>
        <w:tab/>
      </w:r>
      <w:r>
        <w:rPr>
          <w:rFonts w:ascii="Calibri" w:hAnsi="Calibri"/>
          <w:color w:val="6F675C"/>
          <w:sz w:val="19"/>
        </w:rPr>
        <w:t>69</w:t>
      </w:r>
    </w:p>
    <w:p>
      <w:pPr>
        <w:pStyle w:val="Heading2"/>
        <w:widowControl w:val="1"/>
      </w:pPr>
      <w:r>
        <w:rPr>
          <w:rFonts w:ascii="Calibri" w:hAnsi="Calibri"/>
        </w:rPr>
        <w:t>A note to the reader</w:t>
      </w:r>
    </w:p>
    <w:p>
      <w:pPr>
        <w:widowControl w:val="1"/>
      </w:pPr>
      <w:r>
        <w:rPr>
          <w:rFonts w:ascii="Calibri" w:hAnsi="Calibri"/>
        </w:rPr>
        <w:t>I did not start smoking until I was around twenty-four. I had read an article about nicotine addiction, became curious, and tried it. I believed that understanding addiction would somehow protect me from it.</w:t>
      </w:r>
    </w:p>
    <w:p>
      <w:pPr>
        <w:widowControl w:val="1"/>
      </w:pPr>
      <w:r>
        <w:rPr>
          <w:rFonts w:ascii="Calibri" w:hAnsi="Calibri"/>
        </w:rPr>
        <w:t>It did not.</w:t>
      </w:r>
    </w:p>
    <w:p>
      <w:pPr>
        <w:widowControl w:val="1"/>
      </w:pPr>
      <w:r>
        <w:rPr>
          <w:rFonts w:ascii="Calibri" w:hAnsi="Calibri"/>
        </w:rPr>
        <w:t>Over time, smoking found a place beside coffee, work, stress, driving, celebrations, and loneliness. It stopped feeling like one choice and began to feel like part of the day. When I looked more closely, I found other struggles mixed into it too: overthinking, wanting approval, avoiding difficult feelings, and the old belief that I was not enough.</w:t>
      </w:r>
    </w:p>
    <w:p>
      <w:pPr>
        <w:widowControl w:val="1"/>
      </w:pPr>
      <w:r>
        <w:rPr>
          <w:rFonts w:ascii="Calibri" w:hAnsi="Calibri"/>
        </w:rPr>
        <w:t>That is why I wrote this book. I know how easily one experiment can grow roots through an entire day, and how shame can make those roots harder to see. I wanted to look at the habit plainly: what is happening, what the cigarette seems to offer, and what could help you choose differently when the pull returns.</w:t>
      </w:r>
    </w:p>
    <w:p>
      <w:pPr>
        <w:widowControl w:val="1"/>
      </w:pPr>
      <w:r>
        <w:rPr>
          <w:rFonts w:ascii="Calibri" w:hAnsi="Calibri"/>
        </w:rPr>
        <w:t>You may be ready to stop now. You may still be unsure. You may have stopped before and started again. Begin where you are. Read slowly. Skip what does not help. Keep what does.</w:t>
      </w:r>
    </w:p>
    <w:p>
      <w:pPr>
        <w:widowControl w:val="1"/>
      </w:pPr>
      <w:r>
        <w:rPr>
          <w:rFonts w:ascii="Calibri" w:hAnsi="Calibri"/>
        </w:rPr>
        <w:t>You do not have to become fearless before you change. You only need a next step that is small enough to take.</w:t>
      </w:r>
    </w:p>
    <w:p>
      <w:pPr>
        <w:widowControl w:val="1"/>
      </w:pPr>
      <w:r>
        <w:rPr>
          <w:rFonts w:ascii="Calibri" w:hAnsi="Calibri"/>
        </w:rPr>
        <w:t>VJ</w:t>
      </w:r>
    </w:p>
    <w:p>
      <w:pPr>
        <w:pStyle w:val="Heading2"/>
        <w:widowControl w:val="1"/>
      </w:pPr>
      <w:r>
        <w:rPr>
          <w:rFonts w:ascii="Calibri" w:hAnsi="Calibri"/>
        </w:rPr>
        <w:t>When an urge hits</w:t>
      </w:r>
    </w:p>
    <w:p>
      <w:pPr>
        <w:numPr>
          <w:ilvl w:val="0"/>
          <w:numId w:val="10"/>
        </w:numPr>
        <w:keepLines/>
        <w:widowControl w:val="1"/>
        <w:spacing w:after="60"/>
      </w:pPr>
      <w:r>
        <w:rPr>
          <w:rFonts w:ascii="Calibri" w:hAnsi="Calibri"/>
        </w:rPr>
        <w:t>Say what is happening: "An urge is here."</w:t>
      </w:r>
    </w:p>
    <w:p>
      <w:pPr>
        <w:numPr>
          <w:ilvl w:val="0"/>
          <w:numId w:val="10"/>
        </w:numPr>
        <w:keepLines/>
        <w:widowControl w:val="1"/>
        <w:spacing w:after="60"/>
      </w:pPr>
      <w:r>
        <w:rPr>
          <w:rFonts w:ascii="Calibri" w:hAnsi="Calibri"/>
        </w:rPr>
        <w:t>Wait a few minutes before making a decision.</w:t>
      </w:r>
    </w:p>
    <w:p>
      <w:pPr>
        <w:numPr>
          <w:ilvl w:val="0"/>
          <w:numId w:val="10"/>
        </w:numPr>
        <w:keepLines/>
        <w:widowControl w:val="1"/>
        <w:spacing w:after="60"/>
      </w:pPr>
      <w:r>
        <w:rPr>
          <w:rFonts w:ascii="Calibri" w:hAnsi="Calibri"/>
        </w:rPr>
        <w:t>Move away from the usual smoking place if you safely can.</w:t>
      </w:r>
    </w:p>
    <w:p>
      <w:pPr>
        <w:numPr>
          <w:ilvl w:val="0"/>
          <w:numId w:val="10"/>
        </w:numPr>
        <w:keepLines/>
        <w:widowControl w:val="1"/>
        <w:spacing w:after="60"/>
      </w:pPr>
      <w:r>
        <w:rPr>
          <w:rFonts w:ascii="Calibri" w:hAnsi="Calibri"/>
        </w:rPr>
        <w:t>Use the support or stop-smoking medicine already in your plan.</w:t>
      </w:r>
    </w:p>
    <w:p>
      <w:pPr>
        <w:numPr>
          <w:ilvl w:val="0"/>
          <w:numId w:val="10"/>
        </w:numPr>
        <w:keepLines/>
        <w:widowControl w:val="1"/>
        <w:spacing w:after="60"/>
      </w:pPr>
      <w:r>
        <w:rPr>
          <w:rFonts w:ascii="Calibri" w:hAnsi="Calibri"/>
        </w:rPr>
        <w:t>Contact someone who knows what you are trying to do.</w:t>
      </w:r>
    </w:p>
    <w:p>
      <w:pPr>
        <w:numPr>
          <w:ilvl w:val="0"/>
          <w:numId w:val="10"/>
        </w:numPr>
        <w:keepLines/>
        <w:widowControl w:val="1"/>
        <w:spacing w:after="60"/>
      </w:pPr>
      <w:r>
        <w:rPr>
          <w:rFonts w:ascii="Calibri" w:hAnsi="Calibri"/>
        </w:rPr>
        <w:t>If you smoke, stop there. You can restart now. You do not need to wait for tomorrow or Monday.</w:t>
      </w:r>
    </w:p>
    <w:p>
      <w:pPr>
        <w:widowControl w:val="1"/>
      </w:pPr>
      <w:r>
        <w:rPr>
          <w:rFonts w:ascii="Calibri" w:hAnsi="Calibri"/>
        </w:rPr>
        <w:t>Keep this page easy to find. During a strong urge, a short plan is more useful than a perfect speech.</w:t>
      </w:r>
    </w:p>
    <w:p>
      <w:pPr>
        <w:pStyle w:val="Heading2"/>
        <w:widowControl w:val="1"/>
      </w:pPr>
      <w:r>
        <w:rPr>
          <w:rFonts w:ascii="Calibri" w:hAnsi="Calibri"/>
        </w:rPr>
        <w:t>How to use this book</w:t>
      </w:r>
    </w:p>
    <w:p>
      <w:pPr>
        <w:widowControl w:val="1"/>
      </w:pPr>
      <w:r>
        <w:rPr>
          <w:rFonts w:ascii="Calibri" w:hAnsi="Calibri"/>
        </w:rPr>
        <w:t>Read the chapters in order if you want the full journey. If you need help with a particular moment, go straight to the chapter that fits. The chapters on cravings, stress, the last cigarette, and beginning again are written to stand on their own.</w:t>
      </w:r>
    </w:p>
    <w:p>
      <w:pPr>
        <w:widowControl w:val="1"/>
      </w:pPr>
      <w:r>
        <w:rPr>
          <w:rFonts w:ascii="Calibri" w:hAnsi="Calibri"/>
        </w:rPr>
        <w:t>The workbook comes after the main book. You can print it, write in a notebook, or answer only the questions that matter to you. Do not try to finish every page in one sitting. One honest answer is more useful than a completed workbook you never look at again.</w:t>
      </w:r>
    </w:p>
    <w:p>
      <w:pPr>
        <w:widowControl w:val="1"/>
      </w:pPr>
      <w:r>
        <w:rPr>
          <w:rFonts w:ascii="Calibri" w:hAnsi="Calibri"/>
        </w:rPr>
        <w:t>Keep your plan where life actually happens: near the coffee, in your bag, beside your desk, or saved on your phone. Tell at least one person how they can help. If a plan does not work, change the plan. Do not turn it into a judgment about yourself.</w:t>
      </w:r>
    </w:p>
    <w:p>
      <w:pPr>
        <w:pStyle w:val="Heading2"/>
        <w:widowControl w:val="1"/>
      </w:pPr>
      <w:r>
        <w:rPr>
          <w:rFonts w:ascii="Calibri" w:hAnsi="Calibri"/>
        </w:rPr>
        <w:t>A small safety note</w:t>
      </w:r>
    </w:p>
    <w:p>
      <w:pPr>
        <w:widowControl w:val="1"/>
      </w:pPr>
      <w:r>
        <w:rPr>
          <w:rFonts w:ascii="Calibri" w:hAnsi="Calibri"/>
        </w:rPr>
        <w:t>Use this book alongside help from a doctor, pharmacist, quitline, or stop-smoking counselor when you can, especially if you take prescription medicine, are pregnant or breastfeeding, are under eighteen, or have physical or mental health concerns. Use medicine only as directed. If you have severe symptoms, chest pain, serious trouble breathing, or thoughts of harming yourself, seek urgent local help. Keep nicotine products and medicine away from children and animals.</w:t>
      </w:r>
    </w:p>
    <w:p>
      <w:pPr>
        <w:pStyle w:val="Kicker"/>
        <w:pageBreakBefore/>
        <w:spacing w:before="2560"/>
      </w:pPr>
      <w:r>
        <w:rPr>
          <w:rFonts w:ascii="Calibri" w:hAnsi="Calibri"/>
        </w:rPr>
        <w:t>THE LAST CIGARETTE / VJ</w:t>
      </w:r>
    </w:p>
    <w:p>
      <w:pPr>
        <w:pStyle w:val="PartTitle"/>
      </w:pPr>
      <w:r>
        <w:rPr>
          <w:rFonts w:ascii="Calibri" w:hAnsi="Calibri"/>
        </w:rPr>
        <w:t>PART ONE - THE BOOK</w:t>
      </w:r>
    </w:p>
    <w:p>
      <w:pPr>
        <w:pStyle w:val="Lead"/>
      </w:pPr>
      <w:r>
        <w:rPr>
          <w:rFonts w:ascii="Calibri" w:hAnsi="Calibri"/>
        </w:rPr>
        <w:t>The twelve-chapter reader journey from curiosity and dependence to identity, support, and freedom</w:t>
      </w:r>
    </w:p>
    <w:p>
      <w:pPr>
        <w:spacing w:before="360" w:after="1440"/>
        <w:pBdr>
          <w:top w:val="single" w:sz="18" w:space="6" w:color="A52F20"/>
        </w:pBdr>
      </w:pPr>
    </w:p>
    <w:p>
      <w:pPr>
        <w:pStyle w:val="Kicker"/>
        <w:pageBreakBefore/>
        <w:spacing w:before="680"/>
      </w:pPr>
      <w:r>
        <w:rPr>
          <w:rFonts w:ascii="Calibri" w:hAnsi="Calibri"/>
        </w:rPr>
        <w:t>CHAPTER 1</w:t>
      </w:r>
    </w:p>
    <w:p>
      <w:pPr>
        <w:pStyle w:val="Heading1"/>
        <w:keepNext/>
        <w:pageBreakBefore w:val="0"/>
        <w:pBdr>
          <w:bottom w:val="single" w:sz="10" w:space="8" w:color="A52F20"/>
        </w:pBdr>
      </w:pPr>
      <w:r>
        <w:t>How I got here</w:t>
      </w:r>
    </w:p>
    <w:p>
      <w:pPr>
        <w:pStyle w:val="Heading2"/>
        <w:widowControl w:val="1"/>
      </w:pPr>
      <w:r>
        <w:rPr>
          <w:rFonts w:ascii="Calibri" w:hAnsi="Calibri"/>
        </w:rPr>
        <w:t>The part before smoking</w:t>
      </w:r>
    </w:p>
    <w:p>
      <w:pPr>
        <w:widowControl w:val="1"/>
      </w:pPr>
      <w:r>
        <w:rPr>
          <w:rFonts w:ascii="Calibri" w:hAnsi="Calibri"/>
        </w:rPr>
        <w:t>I did not start smoking as a teenager. I was around twenty-four. I had read an article about nicotine addiction, became curious, and experimented. I know how strange that sounds. I read about addiction and then tried the very thing I had been reading about. Somewhere in that decision was a quiet belief: I am intelligent, so I will understand the danger and stay in control.</w:t>
      </w:r>
    </w:p>
    <w:p>
      <w:pPr>
        <w:widowControl w:val="1"/>
      </w:pPr>
      <w:r>
        <w:rPr>
          <w:rFonts w:ascii="Calibri" w:hAnsi="Calibri"/>
        </w:rPr>
        <w:t>I was wrong.</w:t>
      </w:r>
    </w:p>
    <w:p>
      <w:pPr>
        <w:widowControl w:val="1"/>
      </w:pPr>
      <w:r>
        <w:rPr>
          <w:rFonts w:ascii="Calibri" w:hAnsi="Calibri"/>
        </w:rPr>
        <w:t>That is the plain beginning. Curiosity drew me toward something I believed I could handle, and the thing I thought I understood became part of my life.</w:t>
      </w:r>
    </w:p>
    <w:p>
      <w:pPr>
        <w:widowControl w:val="1"/>
      </w:pPr>
      <w:r>
        <w:rPr>
          <w:rFonts w:ascii="Calibri" w:hAnsi="Calibri"/>
        </w:rPr>
        <w:t>There was a life before that first cigarette, of course. I was a curious child. I liked understanding things. I believed intelligence mattered, and it did. It helped me learn, question, and build. But intelligence did not settle every question I carried about myself.</w:t>
      </w:r>
    </w:p>
    <w:p>
      <w:pPr>
        <w:widowControl w:val="1"/>
      </w:pPr>
      <w:r>
        <w:rPr>
          <w:rFonts w:ascii="Calibri" w:hAnsi="Calibri"/>
        </w:rPr>
        <w:t>My relationship with my father left an emotional wound. I grew up with a search for worth that followed me into adult life. I could be capable and still wonder whether I was enough. I could think clearly about a problem in front of me while an older question kept running quietly underneath: Do I have value? Have I done enough? What will make me feel certain?</w:t>
      </w:r>
    </w:p>
    <w:p>
      <w:pPr>
        <w:widowControl w:val="1"/>
      </w:pPr>
      <w:r>
        <w:rPr>
          <w:rFonts w:ascii="Calibri" w:hAnsi="Calibri"/>
        </w:rPr>
        <w:t>Later, I started a business. The work brought stress, uncertainty, and responsibility. Those things did not force me to smoke. I do not want to turn my father, my business, or my curiosity into a convenient villain. Human lives do not work that neatly. They were parts of the life in which smoking found a place.</w:t>
      </w:r>
    </w:p>
    <w:p>
      <w:pPr>
        <w:widowControl w:val="1"/>
      </w:pPr>
      <w:r>
        <w:rPr>
          <w:rFonts w:ascii="Calibri" w:hAnsi="Calibri"/>
        </w:rPr>
        <w:t>I cannot honestly name one cause. Blaming my relationship with my father would hide the choices and repetitions that came later. Blaming stress would ignore the cigarettes that appeared when stress was absent. Calling myself foolish would give me an insult instead of an explanation.</w:t>
      </w:r>
    </w:p>
    <w:p>
      <w:pPr>
        <w:pStyle w:val="Heading2"/>
        <w:widowControl w:val="1"/>
      </w:pPr>
      <w:r>
        <w:rPr>
          <w:rFonts w:ascii="Calibri" w:hAnsi="Calibri"/>
        </w:rPr>
        <w:t>The belief that I would be different</w:t>
      </w:r>
    </w:p>
    <w:p>
      <w:pPr>
        <w:widowControl w:val="1"/>
      </w:pPr>
      <w:r>
        <w:rPr>
          <w:rFonts w:ascii="Calibri" w:hAnsi="Calibri"/>
        </w:rPr>
        <w:t>I thought knowledge would protect me. Many of us make a version of that bargain. We know something is risky, but we also believe the warning is meant for someone else. We imagine we will notice the exact point at which curiosity becomes repetition and simply step back.</w:t>
      </w:r>
    </w:p>
    <w:p>
      <w:pPr>
        <w:widowControl w:val="1"/>
      </w:pPr>
      <w:r>
        <w:rPr>
          <w:rFonts w:ascii="Calibri" w:hAnsi="Calibri"/>
        </w:rPr>
        <w:t>I did not notice a clean dividing line between trying a cigarette and building a routine. There probably wasn't one. Repetition did its work a little at a time. What felt like a choice became familiar, then normal, then part of the day.</w:t>
      </w:r>
    </w:p>
    <w:p>
      <w:pPr>
        <w:widowControl w:val="1"/>
      </w:pPr>
      <w:r>
        <w:rPr>
          <w:rFonts w:ascii="Calibri" w:hAnsi="Calibri"/>
        </w:rPr>
        <w:t>Knowing how something works does not place us outside it. We can understand advertising and still want what is being sold. We can know that sleep matters and still stay awake too late. We can see ourselves postponing a difficult task and keep postponing it. Knowledge helps, but it does not make us untouchable.</w:t>
      </w:r>
    </w:p>
    <w:p>
      <w:pPr>
        <w:widowControl w:val="1"/>
      </w:pPr>
      <w:r>
        <w:rPr>
          <w:rFonts w:ascii="Calibri" w:hAnsi="Calibri"/>
        </w:rPr>
        <w:t>For a long time, the thought "I should have known better" carried a lot of weight. It sounded responsible. In reality, it did not teach me anything. It turned the whole story into a judgment about my character.</w:t>
      </w:r>
    </w:p>
    <w:p>
      <w:pPr>
        <w:widowControl w:val="1"/>
      </w:pPr>
      <w:r>
        <w:rPr>
          <w:rFonts w:ascii="Calibri" w:hAnsi="Calibri"/>
        </w:rPr>
        <w:t>Eventually I stopped asking why I had not been smarter. I began asking how smoking had become normal for me.</w:t>
      </w:r>
    </w:p>
    <w:p>
      <w:pPr>
        <w:widowControl w:val="1"/>
      </w:pPr>
      <w:r>
        <w:rPr>
          <w:rFonts w:ascii="Calibri" w:hAnsi="Calibri"/>
        </w:rPr>
        <w:t>That question led somewhere useful. It let me look at what happened without pretending I had no part in it and without treating myself as a bad person. I could take responsibility and still be kind to the person who made those choices. I could admit that I had misjudged the risk. I could also admit that nicotine and repetition are powerful, and that understanding them from a distance is different from living with them every day.</w:t>
      </w:r>
    </w:p>
    <w:p>
      <w:pPr>
        <w:pStyle w:val="Heading2"/>
        <w:widowControl w:val="1"/>
      </w:pPr>
      <w:r>
        <w:rPr>
          <w:rFonts w:ascii="Calibri" w:hAnsi="Calibri"/>
        </w:rPr>
        <w:t>How it became personal</w:t>
      </w:r>
    </w:p>
    <w:p>
      <w:pPr>
        <w:widowControl w:val="1"/>
      </w:pPr>
      <w:r>
        <w:rPr>
          <w:rFonts w:ascii="Calibri" w:hAnsi="Calibri"/>
        </w:rPr>
        <w:t>Smoking did not stay in one corner of my life. It became connected with coffee, work, stress, driving, celebrations, and loneliness. These were very different moments, yet the same response began to appear in all of them.</w:t>
      </w:r>
    </w:p>
    <w:p>
      <w:pPr>
        <w:widowControl w:val="1"/>
      </w:pPr>
      <w:r>
        <w:rPr>
          <w:rFonts w:ascii="Calibri" w:hAnsi="Calibri"/>
        </w:rPr>
        <w:t>That was when the habit became more than an object in my hand. It became part of how I began something, paused something, celebrated something, or filled an empty stretch of time. It seemed useful because it kept arriving beside things that mattered.</w:t>
      </w:r>
    </w:p>
    <w:p>
      <w:pPr>
        <w:widowControl w:val="1"/>
      </w:pPr>
      <w:r>
        <w:rPr>
          <w:rFonts w:ascii="Calibri" w:hAnsi="Calibri"/>
        </w:rPr>
        <w:t>I also began to see connections that were harder to name. Overthinking was one. Approval seeking was another. Beneath both was the belief "I'm not enough."</w:t>
      </w:r>
    </w:p>
    <w:p>
      <w:pPr>
        <w:widowControl w:val="1"/>
      </w:pPr>
      <w:r>
        <w:rPr>
          <w:rFonts w:ascii="Calibri" w:hAnsi="Calibri"/>
        </w:rPr>
        <w:t>Overthinking promised that one more round of thought would make uncertainty disappear. Approval promised that the right response from another person would finally settle my worth. Neither promise held for long. There was always another decision to examine or another person's opinion to worry about.</w:t>
      </w:r>
    </w:p>
    <w:p>
      <w:pPr>
        <w:widowControl w:val="1"/>
      </w:pPr>
      <w:r>
        <w:rPr>
          <w:rFonts w:ascii="Calibri" w:hAnsi="Calibri"/>
        </w:rPr>
        <w:t>Smoking could interrupt that noise for a moment and create a familiar pause when my mind felt crowded. The pause helped briefly, but the question of worth was still there. I still had to learn how to rest and how to live with uncertainty.</w:t>
      </w:r>
    </w:p>
    <w:p>
      <w:pPr>
        <w:widowControl w:val="1"/>
      </w:pPr>
      <w:r>
        <w:rPr>
          <w:rFonts w:ascii="Calibri" w:hAnsi="Calibri"/>
        </w:rPr>
        <w:t>That is my story. Yours may be completely different. You may have started among friends, during a difficult period, out of boredom, or for reasons you still cannot explain. Do not force your life to fit mine. Try to see your own story as clearly as you can.</w:t>
      </w:r>
    </w:p>
    <w:p>
      <w:pPr>
        <w:pStyle w:val="Heading2"/>
        <w:widowControl w:val="1"/>
      </w:pPr>
      <w:r>
        <w:rPr>
          <w:rFonts w:ascii="Calibri" w:hAnsi="Calibri"/>
        </w:rPr>
        <w:t>Why I am telling it this way</w:t>
      </w:r>
    </w:p>
    <w:p>
      <w:pPr>
        <w:widowControl w:val="1"/>
      </w:pPr>
      <w:r>
        <w:rPr>
          <w:rFonts w:ascii="Calibri" w:hAnsi="Calibri"/>
        </w:rPr>
        <w:t>Shame likes a simple story. It says, "You knew better, you failed, and that tells us who you are." A true story is usually less tidy. It contains what we knew, what we did not understand, what we wanted in the moment, what our body learned, and what we repeated afterward.</w:t>
      </w:r>
    </w:p>
    <w:p>
      <w:pPr>
        <w:widowControl w:val="1"/>
      </w:pPr>
      <w:r>
        <w:rPr>
          <w:rFonts w:ascii="Calibri" w:hAnsi="Calibri"/>
        </w:rPr>
        <w:t>I cannot change the fact that I experimented. I can change the way I understand that choice now. I can look at it closely enough to learn from it instead of using it as evidence against myself.</w:t>
      </w:r>
    </w:p>
    <w:p>
      <w:pPr>
        <w:widowControl w:val="1"/>
      </w:pPr>
      <w:r>
        <w:rPr>
          <w:rFonts w:ascii="Calibri" w:hAnsi="Calibri"/>
        </w:rPr>
        <w:t>That is also how I want to speak to you. You are a person trying to understand a habit that may have entered many parts of your life. Perhaps you feel angry with yourself or tired of making promises. Perhaps you are not ready to stop yet. You can still begin looking honestly before confidence arrives.</w:t>
      </w:r>
    </w:p>
    <w:p>
      <w:pPr>
        <w:widowControl w:val="1"/>
      </w:pPr>
      <w:r>
        <w:rPr>
          <w:rFonts w:ascii="Calibri" w:hAnsi="Calibri"/>
        </w:rPr>
        <w:t>Start with what is true. Leave out the performance. You do not need a dramatic reason, and you do not need to prove that your past makes sense. A few plain facts can open the story.</w:t>
      </w:r>
    </w:p>
    <w:p>
      <w:pPr>
        <w:pStyle w:val="Heading2"/>
        <w:widowControl w:val="1"/>
      </w:pPr>
      <w:r>
        <w:rPr>
          <w:rFonts w:ascii="Calibri" w:hAnsi="Calibri"/>
        </w:rPr>
        <w:t>Try this: tell the plain version</w:t>
      </w:r>
    </w:p>
    <w:p>
      <w:pPr>
        <w:widowControl w:val="1"/>
      </w:pPr>
      <w:r>
        <w:rPr>
          <w:rFonts w:ascii="Calibri" w:hAnsi="Calibri"/>
        </w:rPr>
        <w:t>Take one page and write the simplest true version of how smoking entered your life. Do not try to explain everything.</w:t>
      </w:r>
    </w:p>
    <w:p>
      <w:pPr>
        <w:widowControl w:val="1"/>
      </w:pPr>
      <w:r>
        <w:rPr>
          <w:rFonts w:ascii="Calibri" w:hAnsi="Calibri"/>
        </w:rPr>
        <w:t>Begin with facts you trust. Around what age were you? What was happening in your life? What did you believe about smoking or about your ability to control it? If you do not remember something, write "I don't remember." That is more honest than filling the space with a story that sounds good.</w:t>
      </w:r>
    </w:p>
    <w:p>
      <w:pPr>
        <w:widowControl w:val="1"/>
      </w:pPr>
      <w:r>
        <w:rPr>
          <w:rFonts w:ascii="Calibri" w:hAnsi="Calibri"/>
        </w:rPr>
        <w:t>Then write down what smoking later became connected with. Include places, people, times of day, feelings, and routines. Do not judge the list. "I smoked with coffee" is useful. "I ruined everything" is not a fact.</w:t>
      </w:r>
    </w:p>
    <w:p>
      <w:pPr>
        <w:widowControl w:val="1"/>
      </w:pPr>
      <w:r>
        <w:rPr>
          <w:rFonts w:ascii="Calibri" w:hAnsi="Calibri"/>
        </w:rPr>
        <w:t>Finish with one sentence: "At the time, smoking seemed to give me..."</w:t>
      </w:r>
    </w:p>
    <w:p>
      <w:pPr>
        <w:widowControl w:val="1"/>
      </w:pPr>
      <w:r>
        <w:rPr>
          <w:rFonts w:ascii="Calibri" w:hAnsi="Calibri"/>
        </w:rPr>
        <w:t>Your answer might be a break, company, focus, belonging, relief, something to do, or nothing you can name yet. A perfect answer is unnecessary. Begin with whatever feels true, and do not use it as a weapon against yourself.</w:t>
      </w:r>
    </w:p>
    <w:p>
      <w:pPr>
        <w:pStyle w:val="Kicker"/>
        <w:pageBreakBefore/>
        <w:spacing w:before="680"/>
      </w:pPr>
      <w:r>
        <w:rPr>
          <w:rFonts w:ascii="Calibri" w:hAnsi="Calibri"/>
        </w:rPr>
        <w:t>CHAPTER 2</w:t>
      </w:r>
    </w:p>
    <w:p>
      <w:pPr>
        <w:pStyle w:val="Heading1"/>
        <w:keepNext/>
        <w:pageBreakBefore w:val="0"/>
        <w:pBdr>
          <w:bottom w:val="single" w:sz="10" w:space="8" w:color="A52F20"/>
        </w:pBdr>
      </w:pPr>
      <w:r>
        <w:t>How smoking entered the rest of my life</w:t>
      </w:r>
    </w:p>
    <w:p>
      <w:pPr>
        <w:pStyle w:val="Heading2"/>
        <w:widowControl w:val="1"/>
      </w:pPr>
      <w:r>
        <w:rPr>
          <w:rFonts w:ascii="Calibri" w:hAnsi="Calibri"/>
        </w:rPr>
        <w:t>It happened quietly</w:t>
      </w:r>
    </w:p>
    <w:p>
      <w:pPr>
        <w:widowControl w:val="1"/>
      </w:pPr>
      <w:r>
        <w:rPr>
          <w:rFonts w:ascii="Calibri" w:hAnsi="Calibri"/>
        </w:rPr>
        <w:t>A habit does not need a dramatic takeover. It can grow by joining ordinary moments.</w:t>
      </w:r>
    </w:p>
    <w:p>
      <w:pPr>
        <w:widowControl w:val="1"/>
      </w:pPr>
      <w:r>
        <w:rPr>
          <w:rFonts w:ascii="Calibri" w:hAnsi="Calibri"/>
        </w:rPr>
        <w:t>That is what happened in my life. Smoking attached itself to coffee, work, stress, driving, celebrations, and loneliness. I did not sit down and choose six roles for it. The links formed through repetition. A cigarette appeared beside the same drink, the same kind of pressure, or the same stretch of road often enough that the moment began to feel incomplete without it.</w:t>
      </w:r>
    </w:p>
    <w:p>
      <w:pPr>
        <w:widowControl w:val="1"/>
      </w:pPr>
      <w:r>
        <w:rPr>
          <w:rFonts w:ascii="Calibri" w:hAnsi="Calibri"/>
        </w:rPr>
        <w:t>This is one reason a habit can feel so personal. The cigarette is no longer only a cigarette. It has become part of the morning, the break, the drive, the reward, or the quiet hour. When you think about giving it up, it can feel as though you are giving up all those moments too.</w:t>
      </w:r>
    </w:p>
    <w:p>
      <w:pPr>
        <w:widowControl w:val="1"/>
      </w:pPr>
      <w:r>
        <w:rPr>
          <w:rFonts w:ascii="Calibri" w:hAnsi="Calibri"/>
        </w:rPr>
        <w:t>When the cigarette is removed, the moment may feel wrong for a while because you have practised it the other way. That feeling can change.</w:t>
      </w:r>
    </w:p>
    <w:p>
      <w:pPr>
        <w:pStyle w:val="Heading2"/>
        <w:widowControl w:val="1"/>
      </w:pPr>
      <w:r>
        <w:rPr>
          <w:rFonts w:ascii="Calibri" w:hAnsi="Calibri"/>
        </w:rPr>
        <w:t>Coffee and the expected companion</w:t>
      </w:r>
    </w:p>
    <w:p>
      <w:pPr>
        <w:widowControl w:val="1"/>
      </w:pPr>
      <w:r>
        <w:rPr>
          <w:rFonts w:ascii="Calibri" w:hAnsi="Calibri"/>
        </w:rPr>
        <w:t>Coffee has its own taste, warmth, smell, and place in the day. Once smoking joins it often enough, the hand can begin reaching before there is a full thought. The expectation arrives quickly: this goes with that.</w:t>
      </w:r>
    </w:p>
    <w:p>
      <w:pPr>
        <w:widowControl w:val="1"/>
      </w:pPr>
      <w:r>
        <w:rPr>
          <w:rFonts w:ascii="Calibri" w:hAnsi="Calibri"/>
        </w:rPr>
        <w:t>The first coffee without a cigarette may then feel strange. The mind can read unfamiliarity as loss and say the drink has been spoiled. What is really missing is an old pairing. The difference may be uncomfortable, especially while cravings are strong. It shows how often the two moments were practised together.</w:t>
      </w:r>
    </w:p>
    <w:p>
      <w:pPr>
        <w:pStyle w:val="Heading2"/>
        <w:widowControl w:val="1"/>
      </w:pPr>
      <w:r>
        <w:rPr>
          <w:rFonts w:ascii="Calibri" w:hAnsi="Calibri"/>
        </w:rPr>
        <w:t>Work and the right to stop</w:t>
      </w:r>
    </w:p>
    <w:p>
      <w:pPr>
        <w:widowControl w:val="1"/>
      </w:pPr>
      <w:r>
        <w:rPr>
          <w:rFonts w:ascii="Calibri" w:hAnsi="Calibri"/>
        </w:rPr>
        <w:t>Work brought pressure and responsibility into my life. Smoking became connected with work and stress. One reason a smoking break can become powerful is that it gives a clear reason to step away. The cigarette seems to grant permission that we do not give ourselves.</w:t>
      </w:r>
    </w:p>
    <w:p>
      <w:pPr>
        <w:widowControl w:val="1"/>
      </w:pPr>
      <w:r>
        <w:rPr>
          <w:rFonts w:ascii="Calibri" w:hAnsi="Calibri"/>
        </w:rPr>
        <w:t>If that is part of your experience, removing the cigarette should not mean removing the break. Your eyes may still need rest. Your body may need to move. You may need five minutes away from a difficult task. Those needs do not become less real because you are changing how you respond to them.</w:t>
      </w:r>
    </w:p>
    <w:p>
      <w:pPr>
        <w:widowControl w:val="1"/>
      </w:pPr>
      <w:r>
        <w:rPr>
          <w:rFonts w:ascii="Calibri" w:hAnsi="Calibri"/>
        </w:rPr>
        <w:t>So keep the pause if you need it. Let the cigarette be the part that changes.</w:t>
      </w:r>
    </w:p>
    <w:p>
      <w:pPr>
        <w:pStyle w:val="Heading2"/>
        <w:widowControl w:val="1"/>
      </w:pPr>
      <w:r>
        <w:rPr>
          <w:rFonts w:ascii="Calibri" w:hAnsi="Calibri"/>
        </w:rPr>
        <w:t>Stress and the demand for relief now</w:t>
      </w:r>
    </w:p>
    <w:p>
      <w:pPr>
        <w:widowControl w:val="1"/>
      </w:pPr>
      <w:r>
        <w:rPr>
          <w:rFonts w:ascii="Calibri" w:hAnsi="Calibri"/>
        </w:rPr>
        <w:t>Stress makes the next few minutes feel more important than everything that comes later. A cigarette is familiar, available, and quick. It offers a known sequence when the problem itself may be messy.</w:t>
      </w:r>
    </w:p>
    <w:p>
      <w:pPr>
        <w:widowControl w:val="1"/>
      </w:pPr>
      <w:r>
        <w:rPr>
          <w:rFonts w:ascii="Calibri" w:hAnsi="Calibri"/>
        </w:rPr>
        <w:t>The difficult part is that a quick change in feeling can be mistaken for a solution. You step away. Your hands have something familiar to do. Nicotine affects the body, and an existing craving may ease. For a moment, the pressure feels different. Yet the bill, deadline, disagreement, or uncertainty may still be waiting.</w:t>
      </w:r>
    </w:p>
    <w:p>
      <w:pPr>
        <w:widowControl w:val="1"/>
      </w:pPr>
      <w:r>
        <w:rPr>
          <w:rFonts w:ascii="Calibri" w:hAnsi="Calibri"/>
        </w:rPr>
        <w:t>The relief was real, but several things had happened at once. Ask which part you actually needed. Maybe you needed distance from the argument. Maybe you were hungry, tired, or overwhelmed. Withdrawal may also have been making everything feel sharper. Different needs call for different help.</w:t>
      </w:r>
    </w:p>
    <w:p>
      <w:pPr>
        <w:pStyle w:val="Heading2"/>
        <w:widowControl w:val="1"/>
      </w:pPr>
      <w:r>
        <w:rPr>
          <w:rFonts w:ascii="Calibri" w:hAnsi="Calibri"/>
        </w:rPr>
        <w:t>Driving and the old sequence</w:t>
      </w:r>
    </w:p>
    <w:p>
      <w:pPr>
        <w:widowControl w:val="1"/>
      </w:pPr>
      <w:r>
        <w:rPr>
          <w:rFonts w:ascii="Calibri" w:hAnsi="Calibri"/>
        </w:rPr>
        <w:t>Driving is full of repeated cues. The seat, the route, the beginning of the drive, or a familiar junction can bring an urge before you have decided anything.</w:t>
      </w:r>
    </w:p>
    <w:p>
      <w:pPr>
        <w:widowControl w:val="1"/>
      </w:pPr>
      <w:r>
        <w:rPr>
          <w:rFonts w:ascii="Calibri" w:hAnsi="Calibri"/>
        </w:rPr>
        <w:t>That automatic feeling can be unsettling. It may seem as though the car itself demands a cigarette. What you are feeling is the strength of repetition. A routine has been practised until part of it begins without much attention.</w:t>
      </w:r>
    </w:p>
    <w:p>
      <w:pPr>
        <w:widowControl w:val="1"/>
      </w:pPr>
      <w:r>
        <w:rPr>
          <w:rFonts w:ascii="Calibri" w:hAnsi="Calibri"/>
        </w:rPr>
        <w:t>Preparation matters more than argument while driving. Remove cigarettes and smoking items before the drive. Choose your audio before you move. Keep water where it is safe to reach. If an urge becomes too distracting, stop only in a safe and legal place. Do not write, use your phone, close your eyes, or try any exercise that takes attention away from the road.</w:t>
      </w:r>
    </w:p>
    <w:p>
      <w:pPr>
        <w:pStyle w:val="Heading2"/>
        <w:widowControl w:val="1"/>
      </w:pPr>
      <w:r>
        <w:rPr>
          <w:rFonts w:ascii="Calibri" w:hAnsi="Calibri"/>
        </w:rPr>
        <w:t>Celebrations and borrowed reward</w:t>
      </w:r>
    </w:p>
    <w:p>
      <w:pPr>
        <w:widowControl w:val="1"/>
      </w:pPr>
      <w:r>
        <w:rPr>
          <w:rFonts w:ascii="Calibri" w:hAnsi="Calibri"/>
        </w:rPr>
        <w:t>Smoking also became connected with celebrations in my life. That link can make a cigarette seem like part of the reward itself.</w:t>
      </w:r>
    </w:p>
    <w:p>
      <w:pPr>
        <w:widowControl w:val="1"/>
      </w:pPr>
      <w:r>
        <w:rPr>
          <w:rFonts w:ascii="Calibri" w:hAnsi="Calibri"/>
        </w:rPr>
        <w:t>But celebration already contains what matters: people, achievement, relief, food, music, conversation, or simply the feeling that something good has happened. Smoking can stand beside those things so often that it begins receiving credit for them.</w:t>
      </w:r>
    </w:p>
    <w:p>
      <w:pPr>
        <w:widowControl w:val="1"/>
      </w:pPr>
      <w:r>
        <w:rPr>
          <w:rFonts w:ascii="Calibri" w:hAnsi="Calibri"/>
        </w:rPr>
        <w:t>Changing one part of the ritual may feel awkward at first. You might miss stepping outside with certain people. You might worry about refusing an offer. Those are real social moments, and it helps to prepare for them. Decide what you will say. Stay close to someone who knows what you are doing. Put your attention on the part of the celebration you came for.</w:t>
      </w:r>
    </w:p>
    <w:p>
      <w:pPr>
        <w:pStyle w:val="Heading2"/>
        <w:widowControl w:val="1"/>
      </w:pPr>
      <w:r>
        <w:rPr>
          <w:rFonts w:ascii="Calibri" w:hAnsi="Calibri"/>
        </w:rPr>
        <w:t>Loneliness and something to do</w:t>
      </w:r>
    </w:p>
    <w:p>
      <w:pPr>
        <w:widowControl w:val="1"/>
      </w:pPr>
      <w:r>
        <w:rPr>
          <w:rFonts w:ascii="Calibri" w:hAnsi="Calibri"/>
        </w:rPr>
        <w:t>Loneliness is different from an empty calendar. It is a human need for contact, presence, or understanding. A cigarette cannot meet that need, but a smoking routine can divide the hour and give the hands a familiar task. It can make silence feel briefly occupied.</w:t>
      </w:r>
    </w:p>
    <w:p>
      <w:pPr>
        <w:widowControl w:val="1"/>
      </w:pPr>
      <w:r>
        <w:rPr>
          <w:rFonts w:ascii="Calibri" w:hAnsi="Calibri"/>
        </w:rPr>
        <w:t>That is why "do something else" can feel insulting. The need deserves a real answer. Sometimes the next step is small: send one honest message, go somewhere safe where other people are present, listen to a familiar voice, prepare food, or give the evening a simple shape. You will not solve loneliness in one night. You can stop asking smoking to do a job it cannot do.</w:t>
      </w:r>
    </w:p>
    <w:p>
      <w:pPr>
        <w:widowControl w:val="1"/>
      </w:pPr>
      <w:r>
        <w:rPr>
          <w:rFonts w:ascii="Calibri" w:hAnsi="Calibri"/>
        </w:rPr>
        <w:t>If loneliness is constant, or if it comes with hopelessness or thoughts of harming yourself, reach out for professional or emergency help where you live. An exercise in a book is not enough for that kind of pain.</w:t>
      </w:r>
    </w:p>
    <w:p>
      <w:pPr>
        <w:pStyle w:val="Heading2"/>
        <w:widowControl w:val="1"/>
      </w:pPr>
      <w:r>
        <w:rPr>
          <w:rFonts w:ascii="Calibri" w:hAnsi="Calibri"/>
        </w:rPr>
        <w:t>The need is not the enemy</w:t>
      </w:r>
    </w:p>
    <w:p>
      <w:pPr>
        <w:widowControl w:val="1"/>
      </w:pPr>
      <w:r>
        <w:rPr>
          <w:rFonts w:ascii="Calibri" w:hAnsi="Calibri"/>
        </w:rPr>
        <w:t>When we understand what smoking seemed to provide, we sometimes fear we are making excuses. I see it differently. An excuse ends the conversation. Understanding gives us something we can change.</w:t>
      </w:r>
    </w:p>
    <w:p>
      <w:pPr>
        <w:widowControl w:val="1"/>
      </w:pPr>
      <w:r>
        <w:rPr>
          <w:rFonts w:ascii="Calibri" w:hAnsi="Calibri"/>
        </w:rPr>
        <w:t>If smoking gave you permission to rest, the need for rest is valid. If it filled an empty hour, the need for structure is valid. If it helped you step away from pressure, the need for a boundary may be valid. The cigarette was one response. It was never proof that the need itself was wrong.</w:t>
      </w:r>
    </w:p>
    <w:p>
      <w:pPr>
        <w:widowControl w:val="1"/>
      </w:pPr>
      <w:r>
        <w:rPr>
          <w:rFonts w:ascii="Calibri" w:hAnsi="Calibri"/>
        </w:rPr>
        <w:t>This matters because fighting the need can make the cigarette more attractive. A person who is exhausted does not need a lecture about discipline. A person who is lonely does not need to be told that loneliness is only a trigger. They need rest or contact. Quitting becomes more realistic when those needs are taken seriously.</w:t>
      </w:r>
    </w:p>
    <w:p>
      <w:pPr>
        <w:pStyle w:val="Heading2"/>
        <w:widowControl w:val="1"/>
      </w:pPr>
      <w:r>
        <w:rPr>
          <w:rFonts w:ascii="Calibri" w:hAnsi="Calibri"/>
        </w:rPr>
        <w:t>Try this: find where smoking joined your day</w:t>
      </w:r>
    </w:p>
    <w:p>
      <w:pPr>
        <w:widowControl w:val="1"/>
      </w:pPr>
      <w:r>
        <w:rPr>
          <w:rFonts w:ascii="Calibri" w:hAnsi="Calibri"/>
        </w:rPr>
        <w:t>Choose three moments when smoking feels especially connected to the rest of your life. Keep the list personal. It might be after a meal, during a phone call, before a difficult task, or at a time of day that always feels empty.</w:t>
      </w:r>
    </w:p>
    <w:p>
      <w:pPr>
        <w:keepNext/>
        <w:keepLines/>
        <w:widowControl w:val="1"/>
      </w:pPr>
      <w:r>
        <w:rPr>
          <w:rFonts w:ascii="Calibri" w:hAnsi="Calibri"/>
        </w:rPr>
        <w:t>For each moment, finish two sentences:</w:t>
      </w:r>
    </w:p>
    <w:p>
      <w:pPr>
        <w:widowControl w:val="1"/>
      </w:pPr>
      <w:r>
        <w:rPr>
          <w:rFonts w:ascii="Calibri" w:hAnsi="Calibri"/>
        </w:rPr>
        <w:t>"Smoking seems to give this moment..."</w:t>
      </w:r>
    </w:p>
    <w:p>
      <w:pPr>
        <w:widowControl w:val="1"/>
      </w:pPr>
      <w:r>
        <w:rPr>
          <w:rFonts w:ascii="Calibri" w:hAnsi="Calibri"/>
        </w:rPr>
        <w:t>"What I may actually need is..."</w:t>
      </w:r>
    </w:p>
    <w:p>
      <w:pPr>
        <w:widowControl w:val="1"/>
      </w:pPr>
      <w:r>
        <w:rPr>
          <w:rFonts w:ascii="Calibri" w:hAnsi="Calibri"/>
        </w:rPr>
        <w:t>Keep the answers plain. A break. Something for my hands. A way to leave the room. Relief from a craving. Company. Food. Sleep. Help with the task.</w:t>
      </w:r>
    </w:p>
    <w:p>
      <w:pPr>
        <w:widowControl w:val="1"/>
      </w:pPr>
      <w:r>
        <w:rPr>
          <w:rFonts w:ascii="Calibri" w:hAnsi="Calibri"/>
        </w:rPr>
        <w:t>Now choose only one moment and change one small part of it. Move to a different chair. Take the break without smoking. Call someone before the lonely hour begins. Prepare the car before the engine starts. You are not trying to redesign your whole life. You are showing yourself that one familiar moment can hold a different response.</w:t>
      </w:r>
    </w:p>
    <w:p>
      <w:pPr>
        <w:pStyle w:val="Kicker"/>
        <w:pageBreakBefore/>
        <w:spacing w:before="680"/>
      </w:pPr>
      <w:r>
        <w:rPr>
          <w:rFonts w:ascii="Calibri" w:hAnsi="Calibri"/>
        </w:rPr>
        <w:t>CHAPTER 3</w:t>
      </w:r>
    </w:p>
    <w:p>
      <w:pPr>
        <w:pStyle w:val="Heading1"/>
        <w:keepNext/>
        <w:pageBreakBefore w:val="0"/>
        <w:pBdr>
          <w:bottom w:val="single" w:sz="10" w:space="8" w:color="A52F20"/>
        </w:pBdr>
      </w:pPr>
      <w:r>
        <w:t>What the cigarette promised me</w:t>
      </w:r>
    </w:p>
    <w:p>
      <w:pPr>
        <w:pStyle w:val="Heading2"/>
        <w:widowControl w:val="1"/>
      </w:pPr>
      <w:r>
        <w:rPr>
          <w:rFonts w:ascii="Calibri" w:hAnsi="Calibri"/>
        </w:rPr>
        <w:t>One thing, many promises</w:t>
      </w:r>
    </w:p>
    <w:p>
      <w:pPr>
        <w:widowControl w:val="1"/>
      </w:pPr>
      <w:r>
        <w:rPr>
          <w:rFonts w:ascii="Calibri" w:hAnsi="Calibri"/>
        </w:rPr>
        <w:t>Smoking seemed able to do opposite jobs. It could appear when I wanted to begin work and when I wanted to escape work. It could sit beside celebration and loneliness. It could look like energy in one moment and calm in another.</w:t>
      </w:r>
    </w:p>
    <w:p>
      <w:pPr>
        <w:widowControl w:val="1"/>
      </w:pPr>
      <w:r>
        <w:rPr>
          <w:rFonts w:ascii="Calibri" w:hAnsi="Calibri"/>
        </w:rPr>
        <w:t>That should make us curious. How can the same object create focus, rest, confidence, company, reward, and relief?</w:t>
      </w:r>
    </w:p>
    <w:p>
      <w:pPr>
        <w:widowControl w:val="1"/>
      </w:pPr>
      <w:r>
        <w:rPr>
          <w:rFonts w:ascii="Calibri" w:hAnsi="Calibri"/>
        </w:rPr>
        <w:t>The cigarette often stands beside things that already change the moment. You stop what you are doing, move somewhere else, and take a break. Sometimes you join another person. Nicotine also affects the body, and smoking can ease a craving that dependence has created.</w:t>
      </w:r>
    </w:p>
    <w:p>
      <w:pPr>
        <w:widowControl w:val="1"/>
      </w:pPr>
      <w:r>
        <w:rPr>
          <w:rFonts w:ascii="Calibri" w:hAnsi="Calibri"/>
        </w:rPr>
        <w:t>All of that can be felt as relief. Then the mind gives the cigarette credit for the whole experience.</w:t>
      </w:r>
    </w:p>
    <w:p>
      <w:pPr>
        <w:widowControl w:val="1"/>
      </w:pPr>
      <w:r>
        <w:rPr>
          <w:rFonts w:ascii="Calibri" w:hAnsi="Calibri"/>
        </w:rPr>
        <w:t>I believe people when they say the moment changed. The question is what changed and why. When you can answer that more fully, the cigarette's promise begins to sound less convincing.</w:t>
      </w:r>
    </w:p>
    <w:p>
      <w:pPr>
        <w:pStyle w:val="Heading2"/>
        <w:widowControl w:val="1"/>
      </w:pPr>
      <w:r>
        <w:rPr>
          <w:rFonts w:ascii="Calibri" w:hAnsi="Calibri"/>
        </w:rPr>
        <w:t>The promise of calm</w:t>
      </w:r>
    </w:p>
    <w:p>
      <w:pPr>
        <w:widowControl w:val="1"/>
      </w:pPr>
      <w:r>
        <w:rPr>
          <w:rFonts w:ascii="Calibri" w:hAnsi="Calibri"/>
        </w:rPr>
        <w:t>"Smoking calms me" sounds like a simple fact. It may contain several different experiences.</w:t>
      </w:r>
    </w:p>
    <w:p>
      <w:pPr>
        <w:widowControl w:val="1"/>
      </w:pPr>
      <w:r>
        <w:rPr>
          <w:rFonts w:ascii="Calibri" w:hAnsi="Calibri"/>
        </w:rPr>
        <w:t>Perhaps smoking interrupts a tense task. Perhaps the familiar actions slow the pace for a few minutes. Perhaps you leave a noisy room. Perhaps an urge has been building and smoking ends it for a while. Meanwhile, the original problem may remain exactly where it was.</w:t>
      </w:r>
    </w:p>
    <w:p>
      <w:pPr>
        <w:widowControl w:val="1"/>
      </w:pPr>
      <w:r>
        <w:rPr>
          <w:rFonts w:ascii="Calibri" w:hAnsi="Calibri"/>
        </w:rPr>
        <w:t>Start by asking what kind of calm you felt. Did the argument end? Did the workload change? Did your body settle because you finally stopped moving? Did a craving ease? Did you get five minutes alone?</w:t>
      </w:r>
    </w:p>
    <w:p>
      <w:pPr>
        <w:widowControl w:val="1"/>
      </w:pPr>
      <w:r>
        <w:rPr>
          <w:rFonts w:ascii="Calibri" w:hAnsi="Calibri"/>
        </w:rPr>
        <w:t>The answers matter because some of those benefits can be kept. You can step away, move, sit down, ask for help, or protect a break without smoking. If cravings are making every stressful moment harder, medical support may help you deal with the physical part rather than asking willpower to carry everything.</w:t>
      </w:r>
    </w:p>
    <w:p>
      <w:pPr>
        <w:pStyle w:val="Heading2"/>
        <w:widowControl w:val="1"/>
      </w:pPr>
      <w:r>
        <w:rPr>
          <w:rFonts w:ascii="Calibri" w:hAnsi="Calibri"/>
        </w:rPr>
        <w:t>The promise of focus</w:t>
      </w:r>
    </w:p>
    <w:p>
      <w:pPr>
        <w:widowControl w:val="1"/>
      </w:pPr>
      <w:r>
        <w:rPr>
          <w:rFonts w:ascii="Calibri" w:hAnsi="Calibri"/>
        </w:rPr>
        <w:t>The claim that smoking helps concentration can also hide a longer sequence. Work becomes difficult. Attention wanders. An urge begins competing with the task. You smoke, the urge changes, and you return after a break. The return may feel clearer.</w:t>
      </w:r>
    </w:p>
    <w:p>
      <w:pPr>
        <w:widowControl w:val="1"/>
      </w:pPr>
      <w:r>
        <w:rPr>
          <w:rFonts w:ascii="Calibri" w:hAnsi="Calibri"/>
        </w:rPr>
        <w:t>What created the clarity? It could be the pause, movement, a change of surroundings, the end of the urge, or the fact that you finally decided what to do next. The cigarette is present, so it receives the credit.</w:t>
      </w:r>
    </w:p>
    <w:p>
      <w:pPr>
        <w:widowControl w:val="1"/>
      </w:pPr>
      <w:r>
        <w:rPr>
          <w:rFonts w:ascii="Calibri" w:hAnsi="Calibri"/>
        </w:rPr>
        <w:t>There is nothing foolish about this. The mind is good at remembering the strongest change and skipping the steps around it. We remember feeling better. We can forget how tense we felt before smoking, how long the relief lasted, or which problem followed us back inside.</w:t>
      </w:r>
    </w:p>
    <w:p>
      <w:pPr>
        <w:pStyle w:val="Heading2"/>
        <w:widowControl w:val="1"/>
      </w:pPr>
      <w:r>
        <w:rPr>
          <w:rFonts w:ascii="Calibri" w:hAnsi="Calibri"/>
        </w:rPr>
        <w:t>The promise of pleasure</w:t>
      </w:r>
    </w:p>
    <w:p>
      <w:pPr>
        <w:widowControl w:val="1"/>
      </w:pPr>
      <w:r>
        <w:rPr>
          <w:rFonts w:ascii="Calibri" w:hAnsi="Calibri"/>
        </w:rPr>
        <w:t>Pleasure is a sensitive subject because people do not like being told that their own experience was false. I will not do that.</w:t>
      </w:r>
    </w:p>
    <w:p>
      <w:pPr>
        <w:widowControl w:val="1"/>
      </w:pPr>
      <w:r>
        <w:rPr>
          <w:rFonts w:ascii="Calibri" w:hAnsi="Calibri"/>
        </w:rPr>
        <w:t>A smoking ritual can feel pleasurable. Familiarity can be comforting. Nicotine has real effects. A quiet moment, conversation, coffee, food, music, or relief after finishing a task can also be pleasurable. When these things happen together for a long time, memory blends them.</w:t>
      </w:r>
    </w:p>
    <w:p>
      <w:pPr>
        <w:widowControl w:val="1"/>
      </w:pPr>
      <w:r>
        <w:rPr>
          <w:rFonts w:ascii="Calibri" w:hAnsi="Calibri"/>
        </w:rPr>
        <w:t>The cigarette begins to look like the owner of the pleasure. Then quitting feels like giving up far more than smoking. It feels like giving up the morning, the friend, the break, the reward, or a private moment.</w:t>
      </w:r>
    </w:p>
    <w:p>
      <w:pPr>
        <w:widowControl w:val="1"/>
      </w:pPr>
      <w:r>
        <w:rPr>
          <w:rFonts w:ascii="Calibri" w:hAnsi="Calibri"/>
        </w:rPr>
        <w:t>Try separating the parts. Your friend, the achievement, the chance to rest, and the taste of a drink all exist without smoke. The first few experiences may still feel incomplete because they are unfamiliar. Give them some time.</w:t>
      </w:r>
    </w:p>
    <w:p>
      <w:pPr>
        <w:pStyle w:val="Heading2"/>
        <w:widowControl w:val="1"/>
      </w:pPr>
      <w:r>
        <w:rPr>
          <w:rFonts w:ascii="Calibri" w:hAnsi="Calibri"/>
        </w:rPr>
        <w:t>The promise of company</w:t>
      </w:r>
    </w:p>
    <w:p>
      <w:pPr>
        <w:widowControl w:val="1"/>
      </w:pPr>
      <w:r>
        <w:rPr>
          <w:rFonts w:ascii="Calibri" w:hAnsi="Calibri"/>
        </w:rPr>
        <w:t>When I looked beneath my own smoking, I found overthinking, approval seeking, and the belief "I'm not enough." A cigarette could interrupt those feelings, but it could not answer them.</w:t>
      </w:r>
    </w:p>
    <w:p>
      <w:pPr>
        <w:widowControl w:val="1"/>
      </w:pPr>
      <w:r>
        <w:rPr>
          <w:rFonts w:ascii="Calibri" w:hAnsi="Calibri"/>
        </w:rPr>
        <w:t>This is especially clear with loneliness. A ritual is predictable. It does not reject you or ask difficult questions. It fills a few minutes. That can feel like company when reaching another person feels risky.</w:t>
      </w:r>
    </w:p>
    <w:p>
      <w:pPr>
        <w:widowControl w:val="1"/>
      </w:pPr>
      <w:r>
        <w:rPr>
          <w:rFonts w:ascii="Calibri" w:hAnsi="Calibri"/>
        </w:rPr>
        <w:t>But being occupied is not the same as being known. Smoke cannot listen, reply, or care whether you return tomorrow. The need for connection remains human and reasonable. It deserves a response that can grow into actual contact, even if the first step is only one message.</w:t>
      </w:r>
    </w:p>
    <w:p>
      <w:pPr>
        <w:pStyle w:val="Heading2"/>
        <w:widowControl w:val="1"/>
      </w:pPr>
      <w:r>
        <w:rPr>
          <w:rFonts w:ascii="Calibri" w:hAnsi="Calibri"/>
        </w:rPr>
        <w:t>What memory leaves out</w:t>
      </w:r>
    </w:p>
    <w:p>
      <w:pPr>
        <w:widowControl w:val="1"/>
      </w:pPr>
      <w:r>
        <w:rPr>
          <w:rFonts w:ascii="Calibri" w:hAnsi="Calibri"/>
        </w:rPr>
        <w:t>Memory likes a short story. There was discomfort, then a cigarette, then relief. End of story.</w:t>
      </w:r>
    </w:p>
    <w:p>
      <w:pPr>
        <w:widowControl w:val="1"/>
      </w:pPr>
      <w:r>
        <w:rPr>
          <w:rFonts w:ascii="Calibri" w:hAnsi="Calibri"/>
        </w:rPr>
        <w:t>The full version begins earlier and ends later. What was happening before the urge? Were you tired, tense, bored, hungry, or already craving nicotine? What happened while you smoked besides the smoking itself? Did you leave the task, change rooms, talk to someone, or finally sit down? What changed afterward? What stayed the same? How long was it before you wanted another cigarette?</w:t>
      </w:r>
    </w:p>
    <w:p>
      <w:pPr>
        <w:widowControl w:val="1"/>
      </w:pPr>
      <w:r>
        <w:rPr>
          <w:rFonts w:ascii="Calibri" w:hAnsi="Calibri"/>
        </w:rPr>
        <w:t>These questions are not meant to build a case against you. They restore the parts that memory has compressed.</w:t>
      </w:r>
    </w:p>
    <w:p>
      <w:pPr>
        <w:widowControl w:val="1"/>
      </w:pPr>
      <w:r>
        <w:rPr>
          <w:rFonts w:ascii="Calibri" w:hAnsi="Calibri"/>
        </w:rPr>
        <w:t>Sometimes the result will be uncomfortable. You may see that smoking gave quick relief but kept the larger problem untouched. You may see that it did very little in one situation and still felt necessary. You may also see that a need was real and had been ignored for too long.</w:t>
      </w:r>
    </w:p>
    <w:p>
      <w:pPr>
        <w:widowControl w:val="1"/>
      </w:pPr>
      <w:r>
        <w:rPr>
          <w:rFonts w:ascii="Calibri" w:hAnsi="Calibri"/>
        </w:rPr>
        <w:t>That is useful information. It lets you care for the need without pretending the cigarette solved it.</w:t>
      </w:r>
    </w:p>
    <w:p>
      <w:pPr>
        <w:pStyle w:val="Heading2"/>
        <w:widowControl w:val="1"/>
      </w:pPr>
      <w:r>
        <w:rPr>
          <w:rFonts w:ascii="Calibri" w:hAnsi="Calibri"/>
        </w:rPr>
        <w:t>When the promise becomes loud</w:t>
      </w:r>
    </w:p>
    <w:p>
      <w:pPr>
        <w:widowControl w:val="1"/>
      </w:pPr>
      <w:r>
        <w:rPr>
          <w:rFonts w:ascii="Calibri" w:hAnsi="Calibri"/>
        </w:rPr>
        <w:t>An urge can speak with complete confidence. It says you need to smoke now, that the feeling will keep growing, or that nothing else will help. The confidence of the thought can make it feel like an instruction.</w:t>
      </w:r>
    </w:p>
    <w:p>
      <w:pPr>
        <w:widowControl w:val="1"/>
      </w:pPr>
      <w:r>
        <w:rPr>
          <w:rFonts w:ascii="Calibri" w:hAnsi="Calibri"/>
        </w:rPr>
        <w:t>You do not have to insult the urge or win an argument with it. Name what it is promising. "This cigarette will fix the next five minutes." Then ask what the next five minutes actually need.</w:t>
      </w:r>
    </w:p>
    <w:p>
      <w:pPr>
        <w:widowControl w:val="1"/>
      </w:pPr>
      <w:r>
        <w:rPr>
          <w:rFonts w:ascii="Calibri" w:hAnsi="Calibri"/>
        </w:rPr>
        <w:t>Sometimes the answer is immediate action. Leave the cue. Contact someone. Eat. Rest. Use the treatment already advised to you. Start one small part of the task. If the urge is overwhelming, ask for help rather than turning the moment into a test of strength.</w:t>
      </w:r>
    </w:p>
    <w:p>
      <w:pPr>
        <w:widowControl w:val="1"/>
      </w:pPr>
      <w:r>
        <w:rPr>
          <w:rFonts w:ascii="Calibri" w:hAnsi="Calibri"/>
        </w:rPr>
        <w:t>One loud promise should not get to speak for the whole situation.</w:t>
      </w:r>
    </w:p>
    <w:p>
      <w:pPr>
        <w:pStyle w:val="Heading2"/>
        <w:widowControl w:val="1"/>
      </w:pPr>
      <w:r>
        <w:rPr>
          <w:rFonts w:ascii="Calibri" w:hAnsi="Calibri"/>
        </w:rPr>
        <w:t>Try this: follow one promise to the end</w:t>
      </w:r>
    </w:p>
    <w:p>
      <w:pPr>
        <w:widowControl w:val="1"/>
      </w:pPr>
      <w:r>
        <w:rPr>
          <w:rFonts w:ascii="Calibri" w:hAnsi="Calibri"/>
        </w:rPr>
        <w:t>Choose one recent urge and write five short answers.</w:t>
      </w:r>
    </w:p>
    <w:p>
      <w:pPr>
        <w:widowControl w:val="1"/>
      </w:pPr>
      <w:r>
        <w:rPr>
          <w:rFonts w:ascii="Calibri" w:hAnsi="Calibri"/>
        </w:rPr>
        <w:t>What happened just before it?</w:t>
      </w:r>
    </w:p>
    <w:p>
      <w:pPr>
        <w:widowControl w:val="1"/>
      </w:pPr>
      <w:r>
        <w:rPr>
          <w:rFonts w:ascii="Calibri" w:hAnsi="Calibri"/>
        </w:rPr>
        <w:t>What did the cigarette promise?</w:t>
      </w:r>
    </w:p>
    <w:p>
      <w:pPr>
        <w:widowControl w:val="1"/>
      </w:pPr>
      <w:r>
        <w:rPr>
          <w:rFonts w:ascii="Calibri" w:hAnsi="Calibri"/>
        </w:rPr>
        <w:t>What else happened when you smoked or took a smoking break?</w:t>
      </w:r>
    </w:p>
    <w:p>
      <w:pPr>
        <w:widowControl w:val="1"/>
      </w:pPr>
      <w:r>
        <w:rPr>
          <w:rFonts w:ascii="Calibri" w:hAnsi="Calibri"/>
        </w:rPr>
        <w:t>What changed for a few minutes?</w:t>
      </w:r>
    </w:p>
    <w:p>
      <w:pPr>
        <w:widowControl w:val="1"/>
      </w:pPr>
      <w:r>
        <w:rPr>
          <w:rFonts w:ascii="Calibri" w:hAnsi="Calibri"/>
        </w:rPr>
        <w:t>What stayed unchanged?</w:t>
      </w:r>
    </w:p>
    <w:p>
      <w:pPr>
        <w:widowControl w:val="1"/>
      </w:pPr>
      <w:r>
        <w:rPr>
          <w:rFonts w:ascii="Calibri" w:hAnsi="Calibri"/>
        </w:rPr>
        <w:t>Read the answers once. Circle any benefit that may belong somewhere else, such as the pause, the movement, another person, food, rest, or the end of a craving.</w:t>
      </w:r>
    </w:p>
    <w:p>
      <w:pPr>
        <w:widowControl w:val="1"/>
      </w:pPr>
      <w:r>
        <w:rPr>
          <w:rFonts w:ascii="Calibri" w:hAnsi="Calibri"/>
        </w:rPr>
        <w:t>Now complete this sentence: "The next time this promise appears, I can keep..."</w:t>
      </w:r>
    </w:p>
    <w:p>
      <w:pPr>
        <w:widowControl w:val="1"/>
      </w:pPr>
      <w:r>
        <w:rPr>
          <w:rFonts w:ascii="Calibri" w:hAnsi="Calibri"/>
        </w:rPr>
        <w:t>You might keep the break, the walk, the conversation, or the chance to step away. You do not have to claim that the next time will be easy. You are only separating what helped from the cigarette that happened to be there.</w:t>
      </w:r>
    </w:p>
    <w:p>
      <w:pPr>
        <w:pStyle w:val="Kicker"/>
        <w:pageBreakBefore/>
        <w:spacing w:before="680"/>
      </w:pPr>
      <w:r>
        <w:rPr>
          <w:rFonts w:ascii="Calibri" w:hAnsi="Calibri"/>
        </w:rPr>
        <w:t>CHAPTER 4</w:t>
      </w:r>
    </w:p>
    <w:p>
      <w:pPr>
        <w:pStyle w:val="Heading1"/>
        <w:keepNext/>
        <w:pageBreakBefore w:val="0"/>
        <w:pBdr>
          <w:bottom w:val="single" w:sz="10" w:space="8" w:color="A52F20"/>
        </w:pBdr>
      </w:pPr>
      <w:r>
        <w:t>Why it started to feel automatic</w:t>
      </w:r>
    </w:p>
    <w:p>
      <w:pPr>
        <w:pStyle w:val="Heading2"/>
        <w:widowControl w:val="1"/>
      </w:pPr>
      <w:r>
        <w:rPr>
          <w:rFonts w:ascii="Calibri" w:hAnsi="Calibri"/>
        </w:rPr>
        <w:t>When one option fills the whole moment</w:t>
      </w:r>
    </w:p>
    <w:p>
      <w:pPr>
        <w:widowControl w:val="1"/>
      </w:pPr>
      <w:r>
        <w:rPr>
          <w:rFonts w:ascii="Calibri" w:hAnsi="Calibri"/>
        </w:rPr>
        <w:t>There is a difference between wanting something and feeling as though there is no real alternative. Smoking can cross that distance gradually.</w:t>
      </w:r>
    </w:p>
    <w:p>
      <w:pPr>
        <w:widowControl w:val="1"/>
      </w:pPr>
      <w:r>
        <w:rPr>
          <w:rFonts w:ascii="Calibri" w:hAnsi="Calibri"/>
        </w:rPr>
        <w:t>In a calm hour, you may have many ideas about how to handle stress. In the difficult minute, only the cigarette appears. You may care deeply about your health, money, family, or independence, yet the immediate urge can become louder than all of those concerns.</w:t>
      </w:r>
    </w:p>
    <w:p>
      <w:pPr>
        <w:widowControl w:val="1"/>
      </w:pPr>
      <w:r>
        <w:rPr>
          <w:rFonts w:ascii="Calibri" w:hAnsi="Calibri"/>
        </w:rPr>
        <w:t>Your values are still real. The choice is happening under pressure.</w:t>
      </w:r>
    </w:p>
    <w:p>
      <w:pPr>
        <w:widowControl w:val="1"/>
      </w:pPr>
      <w:r>
        <w:rPr>
          <w:rFonts w:ascii="Calibri" w:hAnsi="Calibri"/>
        </w:rPr>
        <w:t>Nicotine can create dependence. The body becomes used to repeated exposure, and stopping can bring cravings and changes in mood, sleep, or concentration. At the same time, familiar places and routines learn to call up the urge. A feeling such as stress or loneliness can make the old response more attractive. Then a sentence appears: "I cannot deal with this until I smoke."</w:t>
      </w:r>
    </w:p>
    <w:p>
      <w:pPr>
        <w:widowControl w:val="1"/>
      </w:pPr>
      <w:r>
        <w:rPr>
          <w:rFonts w:ascii="Calibri" w:hAnsi="Calibri"/>
        </w:rPr>
        <w:t>These parts arrive together so quickly that they feel like one command.</w:t>
      </w:r>
    </w:p>
    <w:p>
      <w:pPr>
        <w:pStyle w:val="Heading2"/>
        <w:widowControl w:val="1"/>
      </w:pPr>
      <w:r>
        <w:rPr>
          <w:rFonts w:ascii="Calibri" w:hAnsi="Calibri"/>
        </w:rPr>
        <w:t>The body remembers</w:t>
      </w:r>
    </w:p>
    <w:p>
      <w:pPr>
        <w:widowControl w:val="1"/>
      </w:pPr>
      <w:r>
        <w:rPr>
          <w:rFonts w:ascii="Calibri" w:hAnsi="Calibri"/>
        </w:rPr>
        <w:t>Physical dependence deserves to be taken seriously. Difficulty does not prove weak character. A person can want to stop and still face strong cravings. They can be committed and still need treatment or repeated support.</w:t>
      </w:r>
    </w:p>
    <w:p>
      <w:pPr>
        <w:widowControl w:val="1"/>
      </w:pPr>
      <w:r>
        <w:rPr>
          <w:rFonts w:ascii="Calibri" w:hAnsi="Calibri"/>
        </w:rPr>
        <w:t>This is where pride can get in the way. We may think asking for help means the habit has defeated us. I see it as the opposite. Help gives us more room to act on the decision we have already made.</w:t>
      </w:r>
    </w:p>
    <w:p>
      <w:pPr>
        <w:widowControl w:val="1"/>
      </w:pPr>
      <w:r>
        <w:rPr>
          <w:rFonts w:ascii="Calibri" w:hAnsi="Calibri"/>
        </w:rPr>
        <w:t>If cravings or withdrawal are difficult, speak with a doctor, pharmacist, quitline, or tobacco support service. If you take regular medicine or have health concerns, get personal guidance before making changes. Help can make it easier to act on your decision when the body is loud.</w:t>
      </w:r>
    </w:p>
    <w:p>
      <w:pPr>
        <w:pStyle w:val="Heading2"/>
        <w:widowControl w:val="1"/>
      </w:pPr>
      <w:r>
        <w:rPr>
          <w:rFonts w:ascii="Calibri" w:hAnsi="Calibri"/>
        </w:rPr>
        <w:t>The day remembers too</w:t>
      </w:r>
    </w:p>
    <w:p>
      <w:pPr>
        <w:widowControl w:val="1"/>
      </w:pPr>
      <w:r>
        <w:rPr>
          <w:rFonts w:ascii="Calibri" w:hAnsi="Calibri"/>
        </w:rPr>
        <w:t>The body is only part of the story. Repetition teaches the day what comes next.</w:t>
      </w:r>
    </w:p>
    <w:p>
      <w:pPr>
        <w:widowControl w:val="1"/>
      </w:pPr>
      <w:r>
        <w:rPr>
          <w:rFonts w:ascii="Calibri" w:hAnsi="Calibri"/>
        </w:rPr>
        <w:t>A certain time arrives. A task ends. A person calls. You enter a familiar place. The hand moves before a complete thought forms. The speed of the response can make it feel mysterious, but it was practised into place.</w:t>
      </w:r>
    </w:p>
    <w:p>
      <w:pPr>
        <w:widowControl w:val="1"/>
      </w:pPr>
      <w:r>
        <w:rPr>
          <w:rFonts w:ascii="Calibri" w:hAnsi="Calibri"/>
        </w:rPr>
        <w:t>Daily life can learn something new, although the first change may feel clumsy. You may have to prepare more than seems reasonable. You may need to move cigarettes out of reach, avoid a familiar place for a while, or tell someone exactly when you need them to call.</w:t>
      </w:r>
    </w:p>
    <w:p>
      <w:pPr>
        <w:widowControl w:val="1"/>
      </w:pPr>
      <w:r>
        <w:rPr>
          <w:rFonts w:ascii="Calibri" w:hAnsi="Calibri"/>
        </w:rPr>
        <w:t>That is not weakness. Old routines are easy because they have been repeated. A new response needs repetition too.</w:t>
      </w:r>
    </w:p>
    <w:p>
      <w:pPr>
        <w:pStyle w:val="Heading2"/>
        <w:widowControl w:val="1"/>
      </w:pPr>
      <w:r>
        <w:rPr>
          <w:rFonts w:ascii="Calibri" w:hAnsi="Calibri"/>
        </w:rPr>
        <w:t>The need underneath still matters</w:t>
      </w:r>
    </w:p>
    <w:p>
      <w:pPr>
        <w:widowControl w:val="1"/>
      </w:pPr>
      <w:r>
        <w:rPr>
          <w:rFonts w:ascii="Calibri" w:hAnsi="Calibri"/>
        </w:rPr>
        <w:t>Smoking often appears to do a job. It may mark a break, create distance, fill time, or help someone join a group. The job may be imperfect, but it points toward a need.</w:t>
      </w:r>
    </w:p>
    <w:p>
      <w:pPr>
        <w:widowControl w:val="1"/>
      </w:pPr>
      <w:r>
        <w:rPr>
          <w:rFonts w:ascii="Calibri" w:hAnsi="Calibri"/>
        </w:rPr>
        <w:t>Removing smoking without caring for that need can leave a painful blank. The exhausted person still needs rest. The overwhelmed person still needs help with the problem. The lonely person still needs contact. The person facing withdrawal may need treatment.</w:t>
      </w:r>
    </w:p>
    <w:p>
      <w:pPr>
        <w:widowControl w:val="1"/>
      </w:pPr>
      <w:r>
        <w:rPr>
          <w:rFonts w:ascii="Calibri" w:hAnsi="Calibri"/>
        </w:rPr>
        <w:t>This is why a plan built only around the word "no" can feel thin. It says what you will not do but leaves the difficult minute empty.</w:t>
      </w:r>
    </w:p>
    <w:p>
      <w:pPr>
        <w:widowControl w:val="1"/>
      </w:pPr>
      <w:r>
        <w:rPr>
          <w:rFonts w:ascii="Calibri" w:hAnsi="Calibri"/>
        </w:rPr>
        <w:t>A useful plan gives that minute somewhere to go. It names the person to contact, the place to move to, the short action to begin, and the care needed for the physical side. Keep it close and make it easy to follow when your attention narrows.</w:t>
      </w:r>
    </w:p>
    <w:p>
      <w:pPr>
        <w:pStyle w:val="Heading2"/>
        <w:widowControl w:val="1"/>
      </w:pPr>
      <w:r>
        <w:rPr>
          <w:rFonts w:ascii="Calibri" w:hAnsi="Calibri"/>
        </w:rPr>
        <w:t>The sentence that closes the door</w:t>
      </w:r>
    </w:p>
    <w:p>
      <w:pPr>
        <w:widowControl w:val="1"/>
      </w:pPr>
      <w:r>
        <w:rPr>
          <w:rFonts w:ascii="Calibri" w:hAnsi="Calibri"/>
        </w:rPr>
        <w:t>The mind can make a familiar action feel permanent by attaching a sentence to it.</w:t>
      </w:r>
    </w:p>
    <w:p>
      <w:pPr>
        <w:widowControl w:val="1"/>
      </w:pPr>
      <w:r>
        <w:rPr>
          <w:rFonts w:ascii="Calibri" w:hAnsi="Calibri"/>
        </w:rPr>
        <w:t>"This is how I cope."</w:t>
      </w:r>
    </w:p>
    <w:p>
      <w:pPr>
        <w:widowControl w:val="1"/>
      </w:pPr>
      <w:r>
        <w:rPr>
          <w:rFonts w:ascii="Calibri" w:hAnsi="Calibri"/>
        </w:rPr>
        <w:t>"I always fail."</w:t>
      </w:r>
    </w:p>
    <w:p>
      <w:pPr>
        <w:widowControl w:val="1"/>
      </w:pPr>
      <w:r>
        <w:rPr>
          <w:rFonts w:ascii="Calibri" w:hAnsi="Calibri"/>
        </w:rPr>
        <w:t>"An urge means I have no control."</w:t>
      </w:r>
    </w:p>
    <w:p>
      <w:pPr>
        <w:widowControl w:val="1"/>
      </w:pPr>
      <w:r>
        <w:rPr>
          <w:rFonts w:ascii="Calibri" w:hAnsi="Calibri"/>
        </w:rPr>
        <w:t>"I am not enough."</w:t>
      </w:r>
    </w:p>
    <w:p>
      <w:pPr>
        <w:widowControl w:val="1"/>
      </w:pPr>
      <w:r>
        <w:rPr>
          <w:rFonts w:ascii="Calibri" w:hAnsi="Calibri"/>
        </w:rPr>
        <w:t>These sentences feel larger than the moment. They take one struggle and turn it into a complete description of the person.</w:t>
      </w:r>
    </w:p>
    <w:p>
      <w:pPr>
        <w:widowControl w:val="1"/>
      </w:pPr>
      <w:r>
        <w:rPr>
          <w:rFonts w:ascii="Calibri" w:hAnsi="Calibri"/>
        </w:rPr>
        <w:t>I know the pull of "I'm not enough." It can turn every difficulty into proof. Praise lasts only a moment, criticism stays, and needing support feels embarrassing. A quit attempt can then become another performance. Instead of changing a habit, you feel you are taking an exam on your worth.</w:t>
      </w:r>
    </w:p>
    <w:p>
      <w:pPr>
        <w:widowControl w:val="1"/>
      </w:pPr>
      <w:r>
        <w:rPr>
          <w:rFonts w:ascii="Calibri" w:hAnsi="Calibri"/>
        </w:rPr>
        <w:t>That is too much weight to place on one decision.</w:t>
      </w:r>
    </w:p>
    <w:p>
      <w:pPr>
        <w:widowControl w:val="1"/>
      </w:pPr>
      <w:r>
        <w:rPr>
          <w:rFonts w:ascii="Calibri" w:hAnsi="Calibri"/>
        </w:rPr>
        <w:t>Needing help says nothing about your value. A strong urge is an experience, not a verdict. A cigarette after a period without smoking is an event that needs attention, not a final definition of who you are.</w:t>
      </w:r>
    </w:p>
    <w:p>
      <w:pPr>
        <w:pStyle w:val="Heading2"/>
        <w:widowControl w:val="1"/>
      </w:pPr>
      <w:r>
        <w:rPr>
          <w:rFonts w:ascii="Calibri" w:hAnsi="Calibri"/>
        </w:rPr>
        <w:t>Choice under pressure is still choice</w:t>
      </w:r>
    </w:p>
    <w:p>
      <w:pPr>
        <w:widowControl w:val="1"/>
      </w:pPr>
      <w:r>
        <w:rPr>
          <w:rFonts w:ascii="Calibri" w:hAnsi="Calibri"/>
        </w:rPr>
        <w:t>People often say, "Just stop," as though every smoking moment happens in perfect calm. Others speak as though dependence removes every choice. My experience sits somewhere between those claims.</w:t>
      </w:r>
    </w:p>
    <w:p>
      <w:pPr>
        <w:widowControl w:val="1"/>
      </w:pPr>
      <w:r>
        <w:rPr>
          <w:rFonts w:ascii="Calibri" w:hAnsi="Calibri"/>
        </w:rPr>
        <w:t>Pressure can be real while choice still exists. The choice may be harder in one setting than another. It may require medicine, another person, a change in surroundings, or several attempts. It may arrive later than you wanted. None of that makes it meaningless.</w:t>
      </w:r>
    </w:p>
    <w:p>
      <w:pPr>
        <w:widowControl w:val="1"/>
      </w:pPr>
      <w:r>
        <w:rPr>
          <w:rFonts w:ascii="Calibri" w:hAnsi="Calibri"/>
        </w:rPr>
        <w:t>Compassion and responsibility can sit together. Compassion says, "This is hard, and I need to understand what made it hard." Responsibility says, "What can I change before this moment comes again?"</w:t>
      </w:r>
    </w:p>
    <w:p>
      <w:pPr>
        <w:widowControl w:val="1"/>
      </w:pPr>
      <w:r>
        <w:rPr>
          <w:rFonts w:ascii="Calibri" w:hAnsi="Calibri"/>
        </w:rPr>
        <w:t>Shame does neither job well. It makes us hide details that would help. It turns one cigarette into "I have ruined everything" and then uses that thought as a reason to keep smoking.</w:t>
      </w:r>
    </w:p>
    <w:p>
      <w:pPr>
        <w:widowControl w:val="1"/>
      </w:pPr>
      <w:r>
        <w:rPr>
          <w:rFonts w:ascii="Calibri" w:hAnsi="Calibri"/>
        </w:rPr>
        <w:t>After a slip, return to facts. What happened beforehand? Was the urge already building? Were you with someone who smoked? Were you tired, drinking, upset, or caught without support? Which part of your plan was missing or too difficult to use?</w:t>
      </w:r>
    </w:p>
    <w:p>
      <w:pPr>
        <w:widowControl w:val="1"/>
      </w:pPr>
      <w:r>
        <w:rPr>
          <w:rFonts w:ascii="Calibri" w:hAnsi="Calibri"/>
        </w:rPr>
        <w:t>Then make one change and restart promptly. The earlier effort was real. One difficult moment does not erase what you learned.</w:t>
      </w:r>
    </w:p>
    <w:p>
      <w:pPr>
        <w:pStyle w:val="Heading2"/>
        <w:widowControl w:val="1"/>
      </w:pPr>
      <w:r>
        <w:rPr>
          <w:rFonts w:ascii="Calibri" w:hAnsi="Calibri"/>
        </w:rPr>
        <w:t>You are larger than the habit</w:t>
      </w:r>
    </w:p>
    <w:p>
      <w:pPr>
        <w:widowControl w:val="1"/>
      </w:pPr>
      <w:r>
        <w:rPr>
          <w:rFonts w:ascii="Calibri" w:hAnsi="Calibri"/>
        </w:rPr>
        <w:t>Smoking can take up a great deal of attention. It can organize the day and influence where you go, when you leave, and what you think you can handle. Even so, it is never the whole person.</w:t>
      </w:r>
    </w:p>
    <w:p>
      <w:pPr>
        <w:widowControl w:val="1"/>
      </w:pPr>
      <w:r>
        <w:rPr>
          <w:rFonts w:ascii="Calibri" w:hAnsi="Calibri"/>
        </w:rPr>
        <w:t>Smoking cannot cancel your intelligence or prove that you do not care. It is no reason to withhold support from you, and it cannot tell us what your future must be.</w:t>
      </w:r>
    </w:p>
    <w:p>
      <w:pPr>
        <w:widowControl w:val="1"/>
      </w:pPr>
      <w:r>
        <w:rPr>
          <w:rFonts w:ascii="Calibri" w:hAnsi="Calibri"/>
        </w:rPr>
        <w:t>I also know that removing the cigarette does not automatically settle everything underneath it. Overthinking can remain. Approval seeking can remain. The old belief about not being enough can find another place to live.</w:t>
      </w:r>
    </w:p>
    <w:p>
      <w:pPr>
        <w:widowControl w:val="1"/>
      </w:pPr>
      <w:r>
        <w:rPr>
          <w:rFonts w:ascii="Calibri" w:hAnsi="Calibri"/>
        </w:rPr>
        <w:t>That does not make quitting smaller. It makes the work more honest. We can stop asking a cigarette to manage needs it could never truly meet. We can learn to rest without earning it, ask for help without treating it as failure, and face uncertainty without pretending one familiar action can remove it.</w:t>
      </w:r>
    </w:p>
    <w:p>
      <w:pPr>
        <w:pStyle w:val="Heading2"/>
        <w:widowControl w:val="1"/>
      </w:pPr>
      <w:r>
        <w:rPr>
          <w:rFonts w:ascii="Calibri" w:hAnsi="Calibri"/>
        </w:rPr>
        <w:t>Try this: catch one automatic moment</w:t>
      </w:r>
    </w:p>
    <w:p>
      <w:pPr>
        <w:widowControl w:val="1"/>
      </w:pPr>
      <w:r>
        <w:rPr>
          <w:rFonts w:ascii="Calibri" w:hAnsi="Calibri"/>
        </w:rPr>
        <w:t>Choose one situation in which the urge seems to arrive on its own. Write down what happened immediately before it. Keep the answer specific.</w:t>
      </w:r>
    </w:p>
    <w:p>
      <w:pPr>
        <w:widowControl w:val="1"/>
      </w:pPr>
      <w:r>
        <w:rPr>
          <w:rFonts w:ascii="Calibri" w:hAnsi="Calibri"/>
        </w:rPr>
        <w:t>Then note what you felt in your body, what the cigarette seemed to offer, and what you did next. If you smoked, write what changed briefly and what remained. If you did not smoke, write what helped you get through the moment.</w:t>
      </w:r>
    </w:p>
    <w:p>
      <w:pPr>
        <w:widowControl w:val="1"/>
      </w:pPr>
      <w:r>
        <w:rPr>
          <w:rFonts w:ascii="Calibri" w:hAnsi="Calibri"/>
        </w:rPr>
        <w:t>Look for one place where you can prepare differently next time. You might move the cigarettes, change the timing of a break, tell someone when to contact you, prepare food, or ask for help with withdrawal.</w:t>
      </w:r>
    </w:p>
    <w:p>
      <w:pPr>
        <w:widowControl w:val="1"/>
      </w:pPr>
      <w:r>
        <w:rPr>
          <w:rFonts w:ascii="Calibri" w:hAnsi="Calibri"/>
        </w:rPr>
        <w:t>Choose one change, not six. Make it small enough that you can actually use it.</w:t>
      </w:r>
    </w:p>
    <w:p>
      <w:pPr>
        <w:widowControl w:val="1"/>
      </w:pPr>
      <w:r>
        <w:rPr>
          <w:rFonts w:ascii="Calibri" w:hAnsi="Calibri"/>
        </w:rPr>
        <w:t>You do not need a perfect explanation of your whole life before you begin. You need one honest look at one real moment. That is enough to make the next response a little less automatic.</w:t>
      </w:r>
    </w:p>
    <w:p>
      <w:pPr>
        <w:pStyle w:val="Kicker"/>
        <w:pageBreakBefore/>
        <w:spacing w:before="680"/>
      </w:pPr>
      <w:r>
        <w:rPr>
          <w:rFonts w:ascii="Calibri" w:hAnsi="Calibri"/>
        </w:rPr>
        <w:t>CHAPTER 5</w:t>
      </w:r>
    </w:p>
    <w:p>
      <w:pPr>
        <w:pStyle w:val="Heading1"/>
        <w:keepNext/>
        <w:pageBreakBefore w:val="0"/>
        <w:pBdr>
          <w:bottom w:val="single" w:sz="10" w:space="8" w:color="A52F20"/>
        </w:pBdr>
      </w:pPr>
      <w:r>
        <w:t>Catch the moment before you smoke</w:t>
      </w:r>
    </w:p>
    <w:p>
      <w:pPr>
        <w:pStyle w:val="Heading2"/>
        <w:widowControl w:val="1"/>
      </w:pPr>
      <w:r>
        <w:rPr>
          <w:rFonts w:ascii="Calibri" w:hAnsi="Calibri"/>
        </w:rPr>
        <w:t>The cigarette is not the first thing that happens</w:t>
      </w:r>
    </w:p>
    <w:p>
      <w:pPr>
        <w:widowControl w:val="1"/>
      </w:pPr>
      <w:r>
        <w:rPr>
          <w:rFonts w:ascii="Calibri" w:hAnsi="Calibri"/>
        </w:rPr>
        <w:t>For a long time, I thought smoking began when I lit a cigarette. That was the part I could see, so it seemed like the beginning.</w:t>
      </w:r>
    </w:p>
    <w:p>
      <w:pPr>
        <w:widowControl w:val="1"/>
      </w:pPr>
      <w:r>
        <w:rPr>
          <w:rFonts w:ascii="Calibri" w:hAnsi="Calibri"/>
        </w:rPr>
        <w:t>It was usually the end of a much shorter story.</w:t>
      </w:r>
    </w:p>
    <w:p>
      <w:pPr>
        <w:widowControl w:val="1"/>
      </w:pPr>
      <w:r>
        <w:rPr>
          <w:rFonts w:ascii="Calibri" w:hAnsi="Calibri"/>
        </w:rPr>
        <w:t>Something happened first. A difficult message arrived. Coffee was poured. I got into the car. A piece of work refused to come together. The room became too quiet. Sometimes there was no drama at all. My hand simply went toward the packet because that was what came next.</w:t>
      </w:r>
    </w:p>
    <w:p>
      <w:pPr>
        <w:widowControl w:val="1"/>
      </w:pPr>
      <w:r>
        <w:rPr>
          <w:rFonts w:ascii="Calibri" w:hAnsi="Calibri"/>
        </w:rPr>
        <w:t>Then came a small sentence in my head: "I need one." It did not sound like a suggestion. It sounded like a fact.</w:t>
      </w:r>
    </w:p>
    <w:p>
      <w:pPr>
        <w:widowControl w:val="1"/>
      </w:pPr>
      <w:r>
        <w:rPr>
          <w:rFonts w:ascii="Calibri" w:hAnsi="Calibri"/>
        </w:rPr>
        <w:t>That is why trying to stop at the last second can feel so hard. By the time the cigarette is between your fingers, several tiny decisions have already passed unnoticed. You may have stood up, left the room, found the packet and chosen a place to smoke. The whole sequence can happen while your attention is somewhere else.</w:t>
      </w:r>
    </w:p>
    <w:p>
      <w:pPr>
        <w:widowControl w:val="1"/>
      </w:pPr>
      <w:r>
        <w:rPr>
          <w:rFonts w:ascii="Calibri" w:hAnsi="Calibri"/>
        </w:rPr>
        <w:t>You do not need to watch yourself every minute of the day. You only need to become curious about one or two moments that usually end in smoking. Once you can see the moment earlier, you have more room to choose what happens next.</w:t>
      </w:r>
    </w:p>
    <w:p>
      <w:pPr>
        <w:pStyle w:val="Heading2"/>
        <w:widowControl w:val="1"/>
      </w:pPr>
      <w:r>
        <w:rPr>
          <w:rFonts w:ascii="Calibri" w:hAnsi="Calibri"/>
        </w:rPr>
        <w:t>Start with what actually happened</w:t>
      </w:r>
    </w:p>
    <w:p>
      <w:pPr>
        <w:widowControl w:val="1"/>
      </w:pPr>
      <w:r>
        <w:rPr>
          <w:rFonts w:ascii="Calibri" w:hAnsi="Calibri"/>
        </w:rPr>
        <w:t>Imagine you have just had an argument. You feel heat in your face and tightness in your chest. The thought arrives: "I cannot deal with this without a cigarette."</w:t>
      </w:r>
    </w:p>
    <w:p>
      <w:pPr>
        <w:widowControl w:val="1"/>
      </w:pPr>
      <w:r>
        <w:rPr>
          <w:rFonts w:ascii="Calibri" w:hAnsi="Calibri"/>
        </w:rPr>
        <w:t>The thought may be loud, but it is not the whole truth. You are also angry. You may need distance from the conversation. You may want a few minutes alone. Your body may be asking for movement. If you smoke, several of those things happen at once: you step away, breathe differently, move your hands and wait for time to pass. The cigarette receives credit for the entire break.</w:t>
      </w:r>
    </w:p>
    <w:p>
      <w:pPr>
        <w:widowControl w:val="1"/>
      </w:pPr>
      <w:r>
        <w:rPr>
          <w:rFonts w:ascii="Calibri" w:hAnsi="Calibri"/>
        </w:rPr>
        <w:t>This matters because a real need deserves a real response. If you need space, take space. If you need water, food or sleep, attend to that. If there is a problem to solve, write down the next small action. If what you feel is a craving, let it be a craving without giving it a larger story.</w:t>
      </w:r>
    </w:p>
    <w:p>
      <w:pPr>
        <w:widowControl w:val="1"/>
      </w:pPr>
      <w:r>
        <w:rPr>
          <w:rFonts w:ascii="Calibri" w:hAnsi="Calibri"/>
        </w:rPr>
        <w:t>The goal is not to explain every urge perfectly. It is to stop treating every urge as the same emergency.</w:t>
      </w:r>
    </w:p>
    <w:p>
      <w:pPr>
        <w:widowControl w:val="1"/>
      </w:pPr>
      <w:r>
        <w:rPr>
          <w:rFonts w:ascii="Calibri" w:hAnsi="Calibri"/>
        </w:rPr>
        <w:t>At first, use plain words. "I am weak" tells you nothing useful. "I was hungry, it was late, and I was waiting for a call" gives you somewhere to begin.</w:t>
      </w:r>
    </w:p>
    <w:p>
      <w:pPr>
        <w:pStyle w:val="Heading2"/>
        <w:widowControl w:val="1"/>
      </w:pPr>
      <w:r>
        <w:rPr>
          <w:rFonts w:ascii="Calibri" w:hAnsi="Calibri"/>
        </w:rPr>
        <w:t>Notice the promise</w:t>
      </w:r>
    </w:p>
    <w:p>
      <w:pPr>
        <w:widowControl w:val="1"/>
      </w:pPr>
      <w:r>
        <w:rPr>
          <w:rFonts w:ascii="Calibri" w:hAnsi="Calibri"/>
        </w:rPr>
        <w:t>Every cigarette carries a promise, even if the promise is only "this uncomfortable feeling will stop."</w:t>
      </w:r>
    </w:p>
    <w:p>
      <w:pPr>
        <w:widowControl w:val="1"/>
      </w:pPr>
      <w:r>
        <w:rPr>
          <w:rFonts w:ascii="Calibri" w:hAnsi="Calibri"/>
        </w:rPr>
        <w:t>The promise may be relief, concentration, reward, company or a way to mark time. Sometimes it is simply the hope that everything will feel normal again.</w:t>
      </w:r>
    </w:p>
    <w:p>
      <w:pPr>
        <w:keepNext/>
        <w:keepLines/>
        <w:widowControl w:val="1"/>
      </w:pPr>
      <w:r>
        <w:rPr>
          <w:rFonts w:ascii="Calibri" w:hAnsi="Calibri"/>
        </w:rPr>
        <w:t>Ask yourself one question before you smoke:</w:t>
      </w:r>
    </w:p>
    <w:p>
      <w:pPr>
        <w:widowControl w:val="1"/>
      </w:pPr>
      <w:r>
        <w:rPr>
          <w:rFonts w:ascii="Calibri" w:hAnsi="Calibri"/>
          <w:b/>
        </w:rPr>
        <w:t>What am I expecting this cigarette to do for me?</w:t>
      </w:r>
    </w:p>
    <w:p>
      <w:pPr>
        <w:widowControl w:val="1"/>
      </w:pPr>
      <w:r>
        <w:rPr>
          <w:rFonts w:ascii="Calibri" w:hAnsi="Calibri"/>
        </w:rPr>
        <w:t>Do not rush to give the answer you think you should give. If the honest answer is "I want five minutes away from everyone," write that. If it is "I am frightened that this craving will keep growing," write that. If it is "I want to feel like myself," write that too.</w:t>
      </w:r>
    </w:p>
    <w:p>
      <w:pPr>
        <w:widowControl w:val="1"/>
      </w:pPr>
      <w:r>
        <w:rPr>
          <w:rFonts w:ascii="Calibri" w:hAnsi="Calibri"/>
        </w:rPr>
        <w:t>An honest answer is more useful than a brave-sounding one.</w:t>
      </w:r>
    </w:p>
    <w:p>
      <w:pPr>
        <w:widowControl w:val="1"/>
      </w:pPr>
      <w:r>
        <w:rPr>
          <w:rFonts w:ascii="Calibri" w:hAnsi="Calibri"/>
        </w:rPr>
        <w:t>Now look at what happened after the last cigarette in a similar moment. Did the work become easier, or did you return to the same work five minutes later? Did loneliness disappear, or was there only a short interruption? Did the argument change? Did the cigarette create calm, or did it briefly settle the discomfort that smoking itself had helped create?</w:t>
      </w:r>
    </w:p>
    <w:p>
      <w:pPr>
        <w:widowControl w:val="1"/>
      </w:pPr>
      <w:r>
        <w:rPr>
          <w:rFonts w:ascii="Calibri" w:hAnsi="Calibri"/>
        </w:rPr>
        <w:t>This is not an exercise in proving that every cigarette felt terrible. Some may have felt pleasant. Some may have been tied to people and places you love. You are allowed to tell the truth about that. But tell the whole truth. Include the waiting, the need, the brief change and what remained afterward.</w:t>
      </w:r>
    </w:p>
    <w:p>
      <w:pPr>
        <w:pStyle w:val="Heading2"/>
        <w:widowControl w:val="1"/>
      </w:pPr>
      <w:r>
        <w:rPr>
          <w:rFonts w:ascii="Calibri" w:hAnsi="Calibri"/>
        </w:rPr>
        <w:t>Keep the break, change what happens in it</w:t>
      </w:r>
    </w:p>
    <w:p>
      <w:pPr>
        <w:widowControl w:val="1"/>
      </w:pPr>
      <w:r>
        <w:rPr>
          <w:rFonts w:ascii="Calibri" w:hAnsi="Calibri"/>
        </w:rPr>
        <w:t>Many smokers fear that quitting means losing every pause in the day. It does not.</w:t>
      </w:r>
    </w:p>
    <w:p>
      <w:pPr>
        <w:widowControl w:val="1"/>
      </w:pPr>
      <w:r>
        <w:rPr>
          <w:rFonts w:ascii="Calibri" w:hAnsi="Calibri"/>
        </w:rPr>
        <w:t>A break is not a reward reserved for people holding cigarettes. You can leave your desk. You can stand outside. You can make tea, walk around the building, call someone, look at the sky or sit in silence. At first, these things may feel incomplete because your mind expects the old ending. Incompleteness is not proof that the new break is useless. It is the feeling of a familiar sequence being interrupted.</w:t>
      </w:r>
    </w:p>
    <w:p>
      <w:pPr>
        <w:widowControl w:val="1"/>
      </w:pPr>
      <w:r>
        <w:rPr>
          <w:rFonts w:ascii="Calibri" w:hAnsi="Calibri"/>
        </w:rPr>
        <w:t>Coffee can feel strange without smoking. The car can feel too clean and too quiet. A celebration can seem to have a missing doorway when everyone else walks outside. These are learned pairings, and learned pairings can fade. The first different experience may feel awkward. The tenth may feel ordinary.</w:t>
      </w:r>
    </w:p>
    <w:p>
      <w:pPr>
        <w:widowControl w:val="1"/>
      </w:pPr>
      <w:r>
        <w:rPr>
          <w:rFonts w:ascii="Calibri" w:hAnsi="Calibri"/>
        </w:rPr>
        <w:t>Do not demand that a new break instantly produce the same sensation as smoking. Give it a simpler job. Let it carry you through the next few minutes without lighting a cigarette.</w:t>
      </w:r>
    </w:p>
    <w:p>
      <w:pPr>
        <w:widowControl w:val="1"/>
      </w:pPr>
      <w:r>
        <w:rPr>
          <w:rFonts w:ascii="Calibri" w:hAnsi="Calibri"/>
        </w:rPr>
        <w:t>If you are driving, keep your attention on the road. Prepare before you leave. Remove cigarettes and ashtrays from the car, take water, choose something to listen to, and stop only in a safe, legal place if you need a break.</w:t>
      </w:r>
    </w:p>
    <w:p>
      <w:pPr>
        <w:pStyle w:val="Heading2"/>
        <w:widowControl w:val="1"/>
      </w:pPr>
      <w:r>
        <w:rPr>
          <w:rFonts w:ascii="Calibri" w:hAnsi="Calibri"/>
        </w:rPr>
        <w:t>Try this tonight</w:t>
      </w:r>
    </w:p>
    <w:p>
      <w:pPr>
        <w:widowControl w:val="1"/>
      </w:pPr>
      <w:r>
        <w:rPr>
          <w:rFonts w:ascii="Calibri" w:hAnsi="Calibri"/>
        </w:rPr>
        <w:t>Choose one cigarette from today. Not the hardest one. Just one you remember clearly.</w:t>
      </w:r>
    </w:p>
    <w:p>
      <w:pPr>
        <w:keepNext/>
        <w:keepLines/>
        <w:widowControl w:val="1"/>
      </w:pPr>
      <w:r>
        <w:rPr>
          <w:rFonts w:ascii="Calibri" w:hAnsi="Calibri"/>
        </w:rPr>
        <w:t>Write a few lines:</w:t>
      </w:r>
    </w:p>
    <w:p>
      <w:pPr>
        <w:numPr>
          <w:ilvl w:val="0"/>
          <w:numId w:val="11"/>
        </w:numPr>
        <w:keepLines/>
        <w:widowControl w:val="1"/>
        <w:spacing w:after="60"/>
      </w:pPr>
      <w:r>
        <w:rPr>
          <w:rFonts w:ascii="Calibri" w:hAnsi="Calibri"/>
        </w:rPr>
        <w:t>What was happening just before I wanted it?</w:t>
      </w:r>
    </w:p>
    <w:p>
      <w:pPr>
        <w:numPr>
          <w:ilvl w:val="0"/>
          <w:numId w:val="11"/>
        </w:numPr>
        <w:keepLines/>
        <w:widowControl w:val="1"/>
        <w:spacing w:after="60"/>
      </w:pPr>
      <w:r>
        <w:rPr>
          <w:rFonts w:ascii="Calibri" w:hAnsi="Calibri"/>
        </w:rPr>
        <w:t>What did I feel in my body?</w:t>
      </w:r>
    </w:p>
    <w:p>
      <w:pPr>
        <w:numPr>
          <w:ilvl w:val="0"/>
          <w:numId w:val="11"/>
        </w:numPr>
        <w:keepLines/>
        <w:widowControl w:val="1"/>
        <w:spacing w:after="60"/>
      </w:pPr>
      <w:r>
        <w:rPr>
          <w:rFonts w:ascii="Calibri" w:hAnsi="Calibri"/>
        </w:rPr>
        <w:t>What did I think the cigarette would change?</w:t>
      </w:r>
    </w:p>
    <w:p>
      <w:pPr>
        <w:numPr>
          <w:ilvl w:val="0"/>
          <w:numId w:val="11"/>
        </w:numPr>
        <w:keepLines/>
        <w:widowControl w:val="1"/>
        <w:spacing w:after="60"/>
      </w:pPr>
      <w:r>
        <w:rPr>
          <w:rFonts w:ascii="Calibri" w:hAnsi="Calibri"/>
        </w:rPr>
        <w:t>What changed for a few minutes?</w:t>
      </w:r>
    </w:p>
    <w:p>
      <w:pPr>
        <w:numPr>
          <w:ilvl w:val="0"/>
          <w:numId w:val="11"/>
        </w:numPr>
        <w:keepLines/>
        <w:widowControl w:val="1"/>
        <w:spacing w:after="60"/>
      </w:pPr>
      <w:r>
        <w:rPr>
          <w:rFonts w:ascii="Calibri" w:hAnsi="Calibri"/>
        </w:rPr>
        <w:t>What was still waiting for me afterward?</w:t>
      </w:r>
    </w:p>
    <w:p>
      <w:pPr>
        <w:keepNext/>
        <w:keepLines/>
        <w:widowControl w:val="1"/>
      </w:pPr>
      <w:r>
        <w:rPr>
          <w:rFonts w:ascii="Calibri" w:hAnsi="Calibri"/>
        </w:rPr>
        <w:t>Then finish this sentence:</w:t>
      </w:r>
    </w:p>
    <w:p>
      <w:pPr>
        <w:widowControl w:val="1"/>
      </w:pPr>
      <w:r>
        <w:rPr>
          <w:rFonts w:ascii="Calibri" w:hAnsi="Calibri"/>
          <w:b/>
        </w:rPr>
        <w:t>Next time that moment comes, before I smoke I will...</w:t>
      </w:r>
    </w:p>
    <w:p>
      <w:pPr>
        <w:widowControl w:val="1"/>
      </w:pPr>
      <w:r>
        <w:rPr>
          <w:rFonts w:ascii="Calibri" w:hAnsi="Calibri"/>
        </w:rPr>
        <w:t>Make the ending small enough to use. "Walk to the kitchen and drink water." "Send one message." "Wait until the song ends." "Stand up and stretch." "Step away from the screen for five minutes."</w:t>
      </w:r>
    </w:p>
    <w:p>
      <w:pPr>
        <w:widowControl w:val="1"/>
      </w:pPr>
      <w:r>
        <w:rPr>
          <w:rFonts w:ascii="Calibri" w:hAnsi="Calibri"/>
        </w:rPr>
        <w:t>You are not signing a grand contract. You are placing one extra moment between the feeling and the cigarette.</w:t>
      </w:r>
    </w:p>
    <w:p>
      <w:pPr>
        <w:widowControl w:val="1"/>
      </w:pPr>
      <w:r>
        <w:rPr>
          <w:rFonts w:ascii="Calibri" w:hAnsi="Calibri"/>
        </w:rPr>
        <w:t>That moment is where change begins.</w:t>
      </w:r>
    </w:p>
    <w:p>
      <w:pPr>
        <w:pStyle w:val="Kicker"/>
        <w:pageBreakBefore/>
        <w:spacing w:before="680"/>
      </w:pPr>
      <w:r>
        <w:rPr>
          <w:rFonts w:ascii="Calibri" w:hAnsi="Calibri"/>
        </w:rPr>
        <w:t>CHAPTER 6</w:t>
      </w:r>
    </w:p>
    <w:p>
      <w:pPr>
        <w:pStyle w:val="Heading1"/>
        <w:keepNext/>
        <w:pageBreakBefore w:val="0"/>
        <w:pBdr>
          <w:bottom w:val="single" w:sz="10" w:space="8" w:color="A52F20"/>
        </w:pBdr>
      </w:pPr>
      <w:r>
        <w:t>The things we tell ourselves</w:t>
      </w:r>
    </w:p>
    <w:p>
      <w:pPr>
        <w:pStyle w:val="Heading2"/>
        <w:widowControl w:val="1"/>
      </w:pPr>
      <w:r>
        <w:rPr>
          <w:rFonts w:ascii="Calibri" w:hAnsi="Calibri"/>
        </w:rPr>
        <w:t>A belief can feel like a memory</w:t>
      </w:r>
    </w:p>
    <w:p>
      <w:pPr>
        <w:keepNext/>
        <w:keepLines/>
        <w:widowControl w:val="1"/>
      </w:pPr>
      <w:r>
        <w:rPr>
          <w:rFonts w:ascii="Calibri" w:hAnsi="Calibri"/>
        </w:rPr>
        <w:t>After smoking for a while, certain sentences settle into the mind:</w:t>
      </w:r>
    </w:p>
    <w:p>
      <w:pPr>
        <w:widowControl w:val="1"/>
      </w:pPr>
      <w:r>
        <w:rPr>
          <w:rFonts w:ascii="Calibri" w:hAnsi="Calibri"/>
        </w:rPr>
        <w:t>"Smoking helps me think."</w:t>
      </w:r>
    </w:p>
    <w:p>
      <w:pPr>
        <w:widowControl w:val="1"/>
      </w:pPr>
      <w:r>
        <w:rPr>
          <w:rFonts w:ascii="Calibri" w:hAnsi="Calibri"/>
        </w:rPr>
        <w:t>"It is my only pleasure."</w:t>
      </w:r>
    </w:p>
    <w:p>
      <w:pPr>
        <w:widowControl w:val="1"/>
      </w:pPr>
      <w:r>
        <w:rPr>
          <w:rFonts w:ascii="Calibri" w:hAnsi="Calibri"/>
        </w:rPr>
        <w:t>"I can stop later, when life is calmer."</w:t>
      </w:r>
    </w:p>
    <w:p>
      <w:pPr>
        <w:widowControl w:val="1"/>
      </w:pPr>
      <w:r>
        <w:rPr>
          <w:rFonts w:ascii="Calibri" w:hAnsi="Calibri"/>
        </w:rPr>
        <w:t>"Without cigarettes, I will not be myself."</w:t>
      </w:r>
    </w:p>
    <w:p>
      <w:pPr>
        <w:widowControl w:val="1"/>
      </w:pPr>
      <w:r>
        <w:rPr>
          <w:rFonts w:ascii="Calibri" w:hAnsi="Calibri"/>
        </w:rPr>
        <w:t>They do not arrive as theories. They feel like things you already know.</w:t>
      </w:r>
    </w:p>
    <w:p>
      <w:pPr>
        <w:widowControl w:val="1"/>
      </w:pPr>
      <w:r>
        <w:rPr>
          <w:rFonts w:ascii="Calibri" w:hAnsi="Calibri"/>
        </w:rPr>
        <w:t>That makes sense. If you have smoked during hundreds of work breaks, your memory contains hundreds of scenes in which work and cigarettes sit beside each other. If you have smoked whenever you felt alone, the cigarette may appear in your memory as company. Repetition makes the connection feel natural.</w:t>
      </w:r>
    </w:p>
    <w:p>
      <w:pPr>
        <w:widowControl w:val="1"/>
      </w:pPr>
      <w:r>
        <w:rPr>
          <w:rFonts w:ascii="Calibri" w:hAnsi="Calibri"/>
        </w:rPr>
        <w:t>But two things appearing together does not mean one created the other.</w:t>
      </w:r>
    </w:p>
    <w:p>
      <w:pPr>
        <w:widowControl w:val="1"/>
      </w:pPr>
      <w:r>
        <w:rPr>
          <w:rFonts w:ascii="Calibri" w:hAnsi="Calibri"/>
        </w:rPr>
        <w:t>You may have done good work while smoking. The cigarette did not write the email, solve the problem or make the decision. You did. You may have laughed with friends in a smoking area. The friendship came from the people, not from the smoke. You may have felt relief after lighting up. Some of that relief came from ending the discomfort of wanting the next cigarette.</w:t>
      </w:r>
    </w:p>
    <w:p>
      <w:pPr>
        <w:widowControl w:val="1"/>
      </w:pPr>
      <w:r>
        <w:rPr>
          <w:rFonts w:ascii="Calibri" w:hAnsi="Calibri"/>
        </w:rPr>
        <w:t>This is not about arguing with yourself. It is about giving the rest of the evidence a chance to speak.</w:t>
      </w:r>
    </w:p>
    <w:p>
      <w:pPr>
        <w:pStyle w:val="Heading2"/>
        <w:widowControl w:val="1"/>
      </w:pPr>
      <w:r>
        <w:rPr>
          <w:rFonts w:ascii="Calibri" w:hAnsi="Calibri"/>
        </w:rPr>
        <w:t>"It helps me relax"</w:t>
      </w:r>
    </w:p>
    <w:p>
      <w:pPr>
        <w:widowControl w:val="1"/>
      </w:pPr>
      <w:r>
        <w:rPr>
          <w:rFonts w:ascii="Calibri" w:hAnsi="Calibri"/>
        </w:rPr>
        <w:t>This may be the most convincing promise of all.</w:t>
      </w:r>
    </w:p>
    <w:p>
      <w:pPr>
        <w:widowControl w:val="1"/>
      </w:pPr>
      <w:r>
        <w:rPr>
          <w:rFonts w:ascii="Calibri" w:hAnsi="Calibri"/>
        </w:rPr>
        <w:t>Smoking often includes a pause. You leave the task, change your surroundings and give yourself permission to do nothing else for a few minutes. Your breathing changes. If your body was expecting nicotine, that discomfort may ease too. Of course the whole experience can feel like relief.</w:t>
      </w:r>
    </w:p>
    <w:p>
      <w:pPr>
        <w:widowControl w:val="1"/>
      </w:pPr>
      <w:r>
        <w:rPr>
          <w:rFonts w:ascii="Calibri" w:hAnsi="Calibri"/>
        </w:rPr>
        <w:t>But notice what happens across the day. Does smoking create lasting calm, or does it create a cycle in which calm has to be restored again and again? Does it solve the source of the pressure? Does it help you sleep, repair the relationship or finish the work?</w:t>
      </w:r>
    </w:p>
    <w:p>
      <w:pPr>
        <w:widowControl w:val="1"/>
      </w:pPr>
      <w:r>
        <w:rPr>
          <w:rFonts w:ascii="Calibri" w:hAnsi="Calibri"/>
        </w:rPr>
        <w:t>You do not have to claim that a cigarette never brought a moment of relief. A more honest sentence might be: "Smoking gave me a familiar pause, but it also kept me needing the next pause."</w:t>
      </w:r>
    </w:p>
    <w:p>
      <w:pPr>
        <w:widowControl w:val="1"/>
      </w:pPr>
      <w:r>
        <w:rPr>
          <w:rFonts w:ascii="Calibri" w:hAnsi="Calibri"/>
        </w:rPr>
        <w:t>That sentence leaves room for a different kind of rest.</w:t>
      </w:r>
    </w:p>
    <w:p>
      <w:pPr>
        <w:pStyle w:val="Heading2"/>
        <w:widowControl w:val="1"/>
      </w:pPr>
      <w:r>
        <w:rPr>
          <w:rFonts w:ascii="Calibri" w:hAnsi="Calibri"/>
        </w:rPr>
        <w:t>"It helps me concentrate"</w:t>
      </w:r>
    </w:p>
    <w:p>
      <w:pPr>
        <w:widowControl w:val="1"/>
      </w:pPr>
      <w:r>
        <w:rPr>
          <w:rFonts w:ascii="Calibri" w:hAnsi="Calibri"/>
        </w:rPr>
        <w:t>When concentration slips, smoking offers a clean little ritual. Stop. Stand up. Go somewhere else. Light. Return. The task may feel fresher after any break, and the easing of a craving can feel like renewed focus.</w:t>
      </w:r>
    </w:p>
    <w:p>
      <w:pPr>
        <w:widowControl w:val="1"/>
      </w:pPr>
      <w:r>
        <w:rPr>
          <w:rFonts w:ascii="Calibri" w:hAnsi="Calibri"/>
        </w:rPr>
        <w:t>Try separating the break from the cigarette. Before a difficult task, decide what the next fifteen minutes are for. Put the phone away. Work until a natural stopping point, then take the same kind of physical pause you would have taken to smoke.</w:t>
      </w:r>
    </w:p>
    <w:p>
      <w:pPr>
        <w:widowControl w:val="1"/>
      </w:pPr>
      <w:r>
        <w:rPr>
          <w:rFonts w:ascii="Calibri" w:hAnsi="Calibri"/>
        </w:rPr>
        <w:t>The first few times may still feel unsettled. That does not mean your mind has lost the ability to focus. It means part of your attention is waiting for an old routine.</w:t>
      </w:r>
    </w:p>
    <w:p>
      <w:pPr>
        <w:widowControl w:val="1"/>
      </w:pPr>
      <w:r>
        <w:rPr>
          <w:rFonts w:ascii="Calibri" w:hAnsi="Calibri"/>
        </w:rPr>
        <w:t>If concentration remains badly affected or you are struggling to function, speak to a doctor or pharmacist. Getting help is not a failure of will.</w:t>
      </w:r>
    </w:p>
    <w:p>
      <w:pPr>
        <w:pStyle w:val="Heading2"/>
        <w:widowControl w:val="1"/>
      </w:pPr>
      <w:r>
        <w:rPr>
          <w:rFonts w:ascii="Calibri" w:hAnsi="Calibri"/>
        </w:rPr>
        <w:t>"It is one of the few things I enjoy"</w:t>
      </w:r>
    </w:p>
    <w:p>
      <w:pPr>
        <w:widowControl w:val="1"/>
      </w:pPr>
      <w:r>
        <w:rPr>
          <w:rFonts w:ascii="Calibri" w:hAnsi="Calibri"/>
        </w:rPr>
        <w:t>This belief deserves tenderness because it may point to something painful.</w:t>
      </w:r>
    </w:p>
    <w:p>
      <w:pPr>
        <w:widowControl w:val="1"/>
      </w:pPr>
      <w:r>
        <w:rPr>
          <w:rFonts w:ascii="Calibri" w:hAnsi="Calibri"/>
        </w:rPr>
        <w:t>Perhaps your days have become all duty. Perhaps smoking is the only time nobody asks anything from you. Perhaps you have stopped expecting pleasure from the rest of life, and the cigarette has become the one small event you can count on.</w:t>
      </w:r>
    </w:p>
    <w:p>
      <w:pPr>
        <w:widowControl w:val="1"/>
      </w:pPr>
      <w:r>
        <w:rPr>
          <w:rFonts w:ascii="Calibri" w:hAnsi="Calibri"/>
        </w:rPr>
        <w:t>If that is true, quitting cannot mean returning every smoking break to work and giving yourself nothing. Keep the time. Protect it. Put something small and real inside it: a song, sunlight, a walk, a favourite drink, a conversation, quiet.</w:t>
      </w:r>
    </w:p>
    <w:p>
      <w:pPr>
        <w:widowControl w:val="1"/>
      </w:pPr>
      <w:r>
        <w:rPr>
          <w:rFonts w:ascii="Calibri" w:hAnsi="Calibri"/>
        </w:rPr>
        <w:t>These may not feel as sharp or immediate at first. Smoking has had years of practice at announcing itself. Ordinary pleasure is quieter. It returns by being noticed and repeated.</w:t>
      </w:r>
    </w:p>
    <w:p>
      <w:pPr>
        <w:widowControl w:val="1"/>
      </w:pPr>
      <w:r>
        <w:rPr>
          <w:rFonts w:ascii="Calibri" w:hAnsi="Calibri"/>
        </w:rPr>
        <w:t>If little or nothing feels enjoyable for weeks, or life feels hopeless, please tell someone you trust and seek professional help. The cigarette may be covering a problem that deserves proper care.</w:t>
      </w:r>
    </w:p>
    <w:p>
      <w:pPr>
        <w:pStyle w:val="Heading2"/>
        <w:widowControl w:val="1"/>
      </w:pPr>
      <w:r>
        <w:rPr>
          <w:rFonts w:ascii="Calibri" w:hAnsi="Calibri"/>
        </w:rPr>
        <w:t>"Now is not the right time"</w:t>
      </w:r>
    </w:p>
    <w:p>
      <w:pPr>
        <w:widowControl w:val="1"/>
      </w:pPr>
      <w:r>
        <w:rPr>
          <w:rFonts w:ascii="Calibri" w:hAnsi="Calibri"/>
        </w:rPr>
        <w:t>There will always be a reason to wait. A difficult week. A wedding. A trip. A deadline. A bad mood. A good mood you do not want to spoil.</w:t>
      </w:r>
    </w:p>
    <w:p>
      <w:pPr>
        <w:widowControl w:val="1"/>
      </w:pPr>
      <w:r>
        <w:rPr>
          <w:rFonts w:ascii="Calibri" w:hAnsi="Calibri"/>
        </w:rPr>
        <w:t>Sometimes waiting is sensible. You may need medical advice, a safer home situation or a few days to prepare. Preparation has a date and a purpose. Avoidance keeps saying "later" without choosing when.</w:t>
      </w:r>
    </w:p>
    <w:p>
      <w:pPr>
        <w:widowControl w:val="1"/>
      </w:pPr>
      <w:r>
        <w:rPr>
          <w:rFonts w:ascii="Calibri" w:hAnsi="Calibri"/>
        </w:rPr>
        <w:t xml:space="preserve">Ask yourself: </w:t>
      </w:r>
      <w:r>
        <w:rPr>
          <w:rFonts w:ascii="Calibri" w:hAnsi="Calibri"/>
          <w:b/>
        </w:rPr>
        <w:t>What exactly am I waiting for?</w:t>
      </w:r>
    </w:p>
    <w:p>
      <w:pPr>
        <w:widowControl w:val="1"/>
      </w:pPr>
      <w:r>
        <w:rPr>
          <w:rFonts w:ascii="Calibri" w:hAnsi="Calibri"/>
        </w:rPr>
        <w:t>If the answer is "a life without stress," you could wait forever. If the answer is "an appointment on Thursday to discuss stop-smoking support," that is a real plan.</w:t>
      </w:r>
    </w:p>
    <w:p>
      <w:pPr>
        <w:widowControl w:val="1"/>
      </w:pPr>
      <w:r>
        <w:rPr>
          <w:rFonts w:ascii="Calibri" w:hAnsi="Calibri"/>
        </w:rPr>
        <w:t>You do not need perfect confidence before you begin. Confidence often arrives after you have kept a few small promises to yourself.</w:t>
      </w:r>
    </w:p>
    <w:p>
      <w:pPr>
        <w:pStyle w:val="Heading2"/>
        <w:widowControl w:val="1"/>
      </w:pPr>
      <w:r>
        <w:rPr>
          <w:rFonts w:ascii="Calibri" w:hAnsi="Calibri"/>
        </w:rPr>
        <w:t>Put the promise on trial</w:t>
      </w:r>
    </w:p>
    <w:p>
      <w:pPr>
        <w:widowControl w:val="1"/>
      </w:pPr>
      <w:r>
        <w:rPr>
          <w:rFonts w:ascii="Calibri" w:hAnsi="Calibri"/>
        </w:rPr>
        <w:t>Choose the sentence that makes smoking hardest to leave. Write it exactly as it appears in your mind.</w:t>
      </w:r>
    </w:p>
    <w:p>
      <w:pPr>
        <w:keepNext/>
        <w:keepLines/>
        <w:widowControl w:val="1"/>
      </w:pPr>
      <w:r>
        <w:rPr>
          <w:rFonts w:ascii="Calibri" w:hAnsi="Calibri"/>
        </w:rPr>
        <w:t>Then answer these questions in your own words:</w:t>
      </w:r>
    </w:p>
    <w:p>
      <w:pPr>
        <w:numPr>
          <w:ilvl w:val="0"/>
          <w:numId w:val="12"/>
        </w:numPr>
        <w:keepLines/>
        <w:widowControl w:val="1"/>
        <w:spacing w:after="60"/>
      </w:pPr>
      <w:r>
        <w:rPr>
          <w:rFonts w:ascii="Calibri" w:hAnsi="Calibri"/>
        </w:rPr>
        <w:t>When does this sentence feel most true?</w:t>
      </w:r>
    </w:p>
    <w:p>
      <w:pPr>
        <w:numPr>
          <w:ilvl w:val="0"/>
          <w:numId w:val="12"/>
        </w:numPr>
        <w:keepLines/>
        <w:widowControl w:val="1"/>
        <w:spacing w:after="60"/>
      </w:pPr>
      <w:r>
        <w:rPr>
          <w:rFonts w:ascii="Calibri" w:hAnsi="Calibri"/>
        </w:rPr>
        <w:t>What part of it is real?</w:t>
      </w:r>
    </w:p>
    <w:p>
      <w:pPr>
        <w:numPr>
          <w:ilvl w:val="0"/>
          <w:numId w:val="12"/>
        </w:numPr>
        <w:keepLines/>
        <w:widowControl w:val="1"/>
        <w:spacing w:after="60"/>
      </w:pPr>
      <w:r>
        <w:rPr>
          <w:rFonts w:ascii="Calibri" w:hAnsi="Calibri"/>
        </w:rPr>
        <w:t>What does it leave out?</w:t>
      </w:r>
    </w:p>
    <w:p>
      <w:pPr>
        <w:numPr>
          <w:ilvl w:val="0"/>
          <w:numId w:val="12"/>
        </w:numPr>
        <w:keepLines/>
        <w:widowControl w:val="1"/>
        <w:spacing w:after="60"/>
      </w:pPr>
      <w:r>
        <w:rPr>
          <w:rFonts w:ascii="Calibri" w:hAnsi="Calibri"/>
        </w:rPr>
        <w:t>What has smoking cost me in return for that benefit?</w:t>
      </w:r>
    </w:p>
    <w:p>
      <w:pPr>
        <w:numPr>
          <w:ilvl w:val="0"/>
          <w:numId w:val="12"/>
        </w:numPr>
        <w:keepLines/>
        <w:widowControl w:val="1"/>
        <w:spacing w:after="60"/>
      </w:pPr>
      <w:r>
        <w:rPr>
          <w:rFonts w:ascii="Calibri" w:hAnsi="Calibri"/>
        </w:rPr>
        <w:t>What is a fairer sentence I could believe today?</w:t>
      </w:r>
    </w:p>
    <w:p>
      <w:pPr>
        <w:widowControl w:val="1"/>
      </w:pPr>
      <w:r>
        <w:rPr>
          <w:rFonts w:ascii="Calibri" w:hAnsi="Calibri"/>
        </w:rPr>
        <w:t>Suppose the original sentence is "A cigarette is my only comfort."</w:t>
      </w:r>
    </w:p>
    <w:p>
      <w:pPr>
        <w:widowControl w:val="1"/>
      </w:pPr>
      <w:r>
        <w:rPr>
          <w:rFonts w:ascii="Calibri" w:hAnsi="Calibri"/>
        </w:rPr>
        <w:t>A fairer sentence is not "My life is perfect without it." That would be difficult to trust. You might write: "A cigarette interrupts discomfort, but it cannot give me the comfort I actually need. I can begin looking for that now."</w:t>
      </w:r>
    </w:p>
    <w:p>
      <w:pPr>
        <w:widowControl w:val="1"/>
      </w:pPr>
      <w:r>
        <w:rPr>
          <w:rFonts w:ascii="Calibri" w:hAnsi="Calibri"/>
        </w:rPr>
        <w:t>The new sentence does not have to win an argument. It only has to be true enough to remember when the old promise returns.</w:t>
      </w:r>
    </w:p>
    <w:p>
      <w:pPr>
        <w:pStyle w:val="Heading2"/>
        <w:widowControl w:val="1"/>
      </w:pPr>
      <w:r>
        <w:rPr>
          <w:rFonts w:ascii="Calibri" w:hAnsi="Calibri"/>
        </w:rPr>
        <w:t>You are not losing a friend</w:t>
      </w:r>
    </w:p>
    <w:p>
      <w:pPr>
        <w:widowControl w:val="1"/>
      </w:pPr>
      <w:r>
        <w:rPr>
          <w:rFonts w:ascii="Calibri" w:hAnsi="Calibri"/>
        </w:rPr>
        <w:t>A friend does not make you anxious when it is unavailable. A friend does not ask you to stand in the rain, leave the table or plan the day around the next meeting. A friend does not take your money while narrowing your life.</w:t>
      </w:r>
    </w:p>
    <w:p>
      <w:pPr>
        <w:widowControl w:val="1"/>
      </w:pPr>
      <w:r>
        <w:rPr>
          <w:rFonts w:ascii="Calibri" w:hAnsi="Calibri"/>
        </w:rPr>
        <w:t>Smoking can feel companionable because it is familiar and always ready with the same ritual. Familiarity is powerful. It is not loyalty.</w:t>
      </w:r>
    </w:p>
    <w:p>
      <w:pPr>
        <w:widowControl w:val="1"/>
      </w:pPr>
      <w:r>
        <w:rPr>
          <w:rFonts w:ascii="Calibri" w:hAnsi="Calibri"/>
        </w:rPr>
        <w:t>You may still grieve the routine. You may miss certain moments, especially at first. Missing something does not mean it was good for you, and it does not mean you should return to it.</w:t>
      </w:r>
    </w:p>
    <w:p>
      <w:pPr>
        <w:widowControl w:val="1"/>
      </w:pPr>
      <w:r>
        <w:rPr>
          <w:rFonts w:ascii="Calibri" w:hAnsi="Calibri"/>
        </w:rPr>
        <w:t>You are not giving up your right to pause, think, celebrate or be comforted. You are taking those parts of your life back from the cigarette.</w:t>
      </w:r>
    </w:p>
    <w:p>
      <w:pPr>
        <w:pStyle w:val="Kicker"/>
        <w:pageBreakBefore/>
        <w:spacing w:before="680"/>
      </w:pPr>
      <w:r>
        <w:rPr>
          <w:rFonts w:ascii="Calibri" w:hAnsi="Calibri"/>
        </w:rPr>
        <w:t>CHAPTER 7</w:t>
      </w:r>
    </w:p>
    <w:p>
      <w:pPr>
        <w:pStyle w:val="Heading1"/>
        <w:keepNext/>
        <w:pageBreakBefore w:val="0"/>
        <w:pBdr>
          <w:bottom w:val="single" w:sz="10" w:space="8" w:color="A52F20"/>
        </w:pBdr>
      </w:pPr>
      <w:r>
        <w:t>When your mind says "just one"</w:t>
      </w:r>
    </w:p>
    <w:p>
      <w:pPr>
        <w:pStyle w:val="Heading2"/>
        <w:widowControl w:val="1"/>
      </w:pPr>
      <w:r>
        <w:rPr>
          <w:rFonts w:ascii="Calibri" w:hAnsi="Calibri"/>
        </w:rPr>
        <w:t>The sentence sounds reasonable</w:t>
      </w:r>
    </w:p>
    <w:p>
      <w:pPr>
        <w:widowControl w:val="1"/>
      </w:pPr>
      <w:r>
        <w:rPr>
          <w:rFonts w:ascii="Calibri" w:hAnsi="Calibri"/>
        </w:rPr>
        <w:t>"Just one" rarely sounds dangerous. It sounds calm, temporary and almost polite.</w:t>
      </w:r>
    </w:p>
    <w:p>
      <w:pPr>
        <w:widowControl w:val="1"/>
      </w:pPr>
      <w:r>
        <w:rPr>
          <w:rFonts w:ascii="Calibri" w:hAnsi="Calibri"/>
        </w:rPr>
        <w:t>Your mind may say one cigarette will not matter because you have already gone a day, a week or a month without smoking. It may say this is a special occasion. It may say you have proved you can stop, so you can safely choose one now.</w:t>
      </w:r>
    </w:p>
    <w:p>
      <w:pPr>
        <w:widowControl w:val="1"/>
      </w:pPr>
      <w:r>
        <w:rPr>
          <w:rFonts w:ascii="Calibri" w:hAnsi="Calibri"/>
        </w:rPr>
        <w:t>The thought is clever because it asks you to think only about the next ten minutes. It does not show you the next ten days.</w:t>
      </w:r>
    </w:p>
    <w:p>
      <w:pPr>
        <w:widowControl w:val="1"/>
      </w:pPr>
      <w:r>
        <w:rPr>
          <w:rFonts w:ascii="Calibri" w:hAnsi="Calibri"/>
        </w:rPr>
        <w:t>One cigarette may not lead every person straight back to regular smoking. But if you have worked hard to loosen the old pattern, it is a poor experiment. It wakes up a route your mind already knows very well. The next urge no longer has to argue that smoking is impossible. It only has to remind you that you did it yesterday.</w:t>
      </w:r>
    </w:p>
    <w:p>
      <w:pPr>
        <w:widowControl w:val="1"/>
      </w:pPr>
      <w:r>
        <w:rPr>
          <w:rFonts w:ascii="Calibri" w:hAnsi="Calibri"/>
        </w:rPr>
        <w:t>When "just one" appears, you do not need a debate. Answer with the larger picture: "I know where that road goes, and I do not need to walk it again."</w:t>
      </w:r>
    </w:p>
    <w:p>
      <w:pPr>
        <w:pStyle w:val="Heading2"/>
        <w:widowControl w:val="1"/>
      </w:pPr>
      <w:r>
        <w:rPr>
          <w:rFonts w:ascii="Calibri" w:hAnsi="Calibri"/>
        </w:rPr>
        <w:t>A craving is a feeling, not a command</w:t>
      </w:r>
    </w:p>
    <w:p>
      <w:pPr>
        <w:widowControl w:val="1"/>
      </w:pPr>
      <w:r>
        <w:rPr>
          <w:rFonts w:ascii="Calibri" w:hAnsi="Calibri"/>
        </w:rPr>
        <w:t>Cravings can be sharp. They can make the future shrink until it seems that nothing matters except ending the feeling.</w:t>
      </w:r>
    </w:p>
    <w:p>
      <w:pPr>
        <w:widowControl w:val="1"/>
      </w:pPr>
      <w:r>
        <w:rPr>
          <w:rFonts w:ascii="Calibri" w:hAnsi="Calibri"/>
        </w:rPr>
        <w:t>But a craving changes. It rises, moves and falls, even when you do not smoke. You may not notice this if every craving has usually ended with a cigarette. The cigarette appears, the feeling changes, and your mind concludes that smoking was the only exit.</w:t>
      </w:r>
    </w:p>
    <w:p>
      <w:pPr>
        <w:widowControl w:val="1"/>
      </w:pPr>
      <w:r>
        <w:rPr>
          <w:rFonts w:ascii="Calibri" w:hAnsi="Calibri"/>
        </w:rPr>
        <w:t>The next time a craving comes, see if you can stay long enough to notice movement. Where is it strongest? Your mouth, throat, chest, hands, stomach? Is it pressure, restlessness, heat, emptiness? Does it stay exactly the same for a full minute?</w:t>
      </w:r>
    </w:p>
    <w:p>
      <w:pPr>
        <w:widowControl w:val="1"/>
      </w:pPr>
      <w:r>
        <w:rPr>
          <w:rFonts w:ascii="Calibri" w:hAnsi="Calibri"/>
        </w:rPr>
        <w:t>You are not trying to make it disappear by watching it. You are discovering that it is alive and changing, not a wall you must break through.</w:t>
      </w:r>
    </w:p>
    <w:p>
      <w:pPr>
        <w:widowControl w:val="1"/>
      </w:pPr>
      <w:r>
        <w:rPr>
          <w:rFonts w:ascii="Calibri" w:hAnsi="Calibri"/>
        </w:rPr>
        <w:t>If focusing on the feeling makes you panic, stop. Look around the room, put your feet on the floor, speak to someone or do a simple task. There is no prize for suffering alone.</w:t>
      </w:r>
    </w:p>
    <w:p>
      <w:pPr>
        <w:pStyle w:val="Heading2"/>
        <w:widowControl w:val="1"/>
      </w:pPr>
      <w:r>
        <w:rPr>
          <w:rFonts w:ascii="Calibri" w:hAnsi="Calibri"/>
        </w:rPr>
        <w:t>Make the next few minutes smaller</w:t>
      </w:r>
    </w:p>
    <w:p>
      <w:pPr>
        <w:widowControl w:val="1"/>
      </w:pPr>
      <w:r>
        <w:rPr>
          <w:rFonts w:ascii="Calibri" w:hAnsi="Calibri"/>
        </w:rPr>
        <w:t>"I will never smoke again" can feel enormous during a craving. You do not have to solve the rest of your life at that moment.</w:t>
      </w:r>
    </w:p>
    <w:p>
      <w:pPr>
        <w:widowControl w:val="1"/>
      </w:pPr>
      <w:r>
        <w:rPr>
          <w:rFonts w:ascii="Calibri" w:hAnsi="Calibri"/>
        </w:rPr>
        <w:t>Say, "I am not smoking for the next ten minutes."</w:t>
      </w:r>
    </w:p>
    <w:p>
      <w:pPr>
        <w:widowControl w:val="1"/>
      </w:pPr>
      <w:r>
        <w:rPr>
          <w:rFonts w:ascii="Calibri" w:hAnsi="Calibri"/>
        </w:rPr>
        <w:t>Change something physical. Leave the place where cigarettes are available. Drink cold water. Wash your face. Walk to the end of the road. Brush your teeth. Call the person who told you to call, even if all you say is "This is a bad one."</w:t>
      </w:r>
    </w:p>
    <w:p>
      <w:pPr>
        <w:widowControl w:val="1"/>
      </w:pPr>
      <w:r>
        <w:rPr>
          <w:rFonts w:ascii="Calibri" w:hAnsi="Calibri"/>
        </w:rPr>
        <w:t>If a doctor or pharmacist has given you stop-smoking medicine, use it exactly as directed. Do not change the amount because a craving feels stronger than expected. Ask them if you are unsure.</w:t>
      </w:r>
    </w:p>
    <w:p>
      <w:pPr>
        <w:widowControl w:val="1"/>
      </w:pPr>
      <w:r>
        <w:rPr>
          <w:rFonts w:ascii="Calibri" w:hAnsi="Calibri"/>
        </w:rPr>
        <w:t>At the end of ten minutes, decide on the next ten. This is not a trick. It is a way to bring your attention back from an imaginary lifetime to the piece of time you can actually hold.</w:t>
      </w:r>
    </w:p>
    <w:p>
      <w:pPr>
        <w:pStyle w:val="Heading2"/>
        <w:widowControl w:val="1"/>
      </w:pPr>
      <w:r>
        <w:rPr>
          <w:rFonts w:ascii="Calibri" w:hAnsi="Calibri"/>
        </w:rPr>
        <w:t>Watch for the bargain</w:t>
      </w:r>
    </w:p>
    <w:p>
      <w:pPr>
        <w:keepNext/>
        <w:keepLines/>
        <w:widowControl w:val="1"/>
      </w:pPr>
      <w:r>
        <w:rPr>
          <w:rFonts w:ascii="Calibri" w:hAnsi="Calibri"/>
        </w:rPr>
        <w:t>The mind can make many bargains:</w:t>
      </w:r>
    </w:p>
    <w:p>
      <w:pPr>
        <w:numPr>
          <w:ilvl w:val="0"/>
          <w:numId w:val="13"/>
        </w:numPr>
        <w:keepLines/>
        <w:widowControl w:val="1"/>
        <w:spacing w:after="60"/>
      </w:pPr>
      <w:r>
        <w:rPr>
          <w:rFonts w:ascii="Calibri" w:hAnsi="Calibri"/>
        </w:rPr>
        <w:t>"Only when I drink."</w:t>
      </w:r>
    </w:p>
    <w:p>
      <w:pPr>
        <w:numPr>
          <w:ilvl w:val="0"/>
          <w:numId w:val="13"/>
        </w:numPr>
        <w:keepLines/>
        <w:widowControl w:val="1"/>
        <w:spacing w:after="60"/>
      </w:pPr>
      <w:r>
        <w:rPr>
          <w:rFonts w:ascii="Calibri" w:hAnsi="Calibri"/>
        </w:rPr>
        <w:t>"Only on weekends."</w:t>
      </w:r>
    </w:p>
    <w:p>
      <w:pPr>
        <w:numPr>
          <w:ilvl w:val="0"/>
          <w:numId w:val="13"/>
        </w:numPr>
        <w:keepLines/>
        <w:widowControl w:val="1"/>
        <w:spacing w:after="60"/>
      </w:pPr>
      <w:r>
        <w:rPr>
          <w:rFonts w:ascii="Calibri" w:hAnsi="Calibri"/>
        </w:rPr>
        <w:t>"Only when work is terrible."</w:t>
      </w:r>
    </w:p>
    <w:p>
      <w:pPr>
        <w:numPr>
          <w:ilvl w:val="0"/>
          <w:numId w:val="13"/>
        </w:numPr>
        <w:keepLines/>
        <w:widowControl w:val="1"/>
        <w:spacing w:after="60"/>
      </w:pPr>
      <w:r>
        <w:rPr>
          <w:rFonts w:ascii="Calibri" w:hAnsi="Calibri"/>
        </w:rPr>
        <w:t>"Only when someone else offers."</w:t>
      </w:r>
    </w:p>
    <w:p>
      <w:pPr>
        <w:numPr>
          <w:ilvl w:val="0"/>
          <w:numId w:val="13"/>
        </w:numPr>
        <w:keepLines/>
        <w:widowControl w:val="1"/>
        <w:spacing w:after="60"/>
      </w:pPr>
      <w:r>
        <w:rPr>
          <w:rFonts w:ascii="Calibri" w:hAnsi="Calibri"/>
        </w:rPr>
        <w:t>"Only this last packet, so I can say goodbye properly."</w:t>
      </w:r>
    </w:p>
    <w:p>
      <w:pPr>
        <w:widowControl w:val="1"/>
      </w:pPr>
      <w:r>
        <w:rPr>
          <w:rFonts w:ascii="Calibri" w:hAnsi="Calibri"/>
        </w:rPr>
        <w:t>The details change, but the offer is the same: keep a small door open.</w:t>
      </w:r>
    </w:p>
    <w:p>
      <w:pPr>
        <w:widowControl w:val="1"/>
      </w:pPr>
      <w:r>
        <w:rPr>
          <w:rFonts w:ascii="Calibri" w:hAnsi="Calibri"/>
        </w:rPr>
        <w:t>For many people, that small door becomes exhausting. Every event requires a new decision. Is this stressful enough? Is this celebration special enough? Does today count as the weekend? The negotiation itself keeps smoking at the centre of attention.</w:t>
      </w:r>
    </w:p>
    <w:p>
      <w:pPr>
        <w:widowControl w:val="1"/>
      </w:pPr>
      <w:r>
        <w:rPr>
          <w:rFonts w:ascii="Calibri" w:hAnsi="Calibri"/>
        </w:rPr>
        <w:t>A clear answer can be kinder: "I do not smoke now."</w:t>
      </w:r>
    </w:p>
    <w:p>
      <w:pPr>
        <w:widowControl w:val="1"/>
      </w:pPr>
      <w:r>
        <w:rPr>
          <w:rFonts w:ascii="Calibri" w:hAnsi="Calibri"/>
        </w:rPr>
        <w:t>It may feel too final at first. You can still use it for today. "I do not smoke today" is enough.</w:t>
      </w:r>
    </w:p>
    <w:p>
      <w:pPr>
        <w:pStyle w:val="Heading2"/>
        <w:widowControl w:val="1"/>
      </w:pPr>
      <w:r>
        <w:rPr>
          <w:rFonts w:ascii="Calibri" w:hAnsi="Calibri"/>
        </w:rPr>
        <w:t>If you smoke one</w:t>
      </w:r>
    </w:p>
    <w:p>
      <w:pPr>
        <w:widowControl w:val="1"/>
      </w:pPr>
      <w:r>
        <w:rPr>
          <w:rFonts w:ascii="Calibri" w:hAnsi="Calibri"/>
        </w:rPr>
        <w:t>Do not turn one cigarette into permission for twenty.</w:t>
      </w:r>
    </w:p>
    <w:p>
      <w:pPr>
        <w:widowControl w:val="1"/>
      </w:pPr>
      <w:r>
        <w:rPr>
          <w:rFonts w:ascii="Calibri" w:hAnsi="Calibri"/>
        </w:rPr>
        <w:t>The most dangerous thought after a slip is often not "I want another." It is "I have ruined everything, so it no longer matters."</w:t>
      </w:r>
    </w:p>
    <w:p>
      <w:pPr>
        <w:widowControl w:val="1"/>
      </w:pPr>
      <w:r>
        <w:rPr>
          <w:rFonts w:ascii="Calibri" w:hAnsi="Calibri"/>
        </w:rPr>
        <w:t>It matters. The hours, days or months you did not smoke still happened. Your body had that time. You learned things in that time. One cigarette cannot travel backward and erase it.</w:t>
      </w:r>
    </w:p>
    <w:p>
      <w:pPr>
        <w:widowControl w:val="1"/>
      </w:pPr>
      <w:r>
        <w:rPr>
          <w:rFonts w:ascii="Calibri" w:hAnsi="Calibri"/>
        </w:rPr>
        <w:t>Put out the cigarette. Move away from the packet. Tell someone what happened before shame persuades you to hide. Ask what made that moment different. Were you drinking? Were you with someone who kept offering? Had you stopped using support that was helping? Were you angry, hungry or exhausted? Was the cigarette simply within reach?</w:t>
      </w:r>
    </w:p>
    <w:p>
      <w:pPr>
        <w:widowControl w:val="1"/>
      </w:pPr>
      <w:r>
        <w:rPr>
          <w:rFonts w:ascii="Calibri" w:hAnsi="Calibri"/>
        </w:rPr>
        <w:t>Then change one thing before the same situation returns.</w:t>
      </w:r>
    </w:p>
    <w:p>
      <w:pPr>
        <w:widowControl w:val="1"/>
      </w:pPr>
      <w:r>
        <w:rPr>
          <w:rFonts w:ascii="Calibri" w:hAnsi="Calibri"/>
        </w:rPr>
        <w:t>You do not need a dramatic new beginning. You need the next smoke-free hour.</w:t>
      </w:r>
    </w:p>
    <w:p>
      <w:pPr>
        <w:pStyle w:val="Heading2"/>
        <w:widowControl w:val="1"/>
      </w:pPr>
      <w:r>
        <w:rPr>
          <w:rFonts w:ascii="Calibri" w:hAnsi="Calibri"/>
        </w:rPr>
        <w:t>Your craving card</w:t>
      </w:r>
    </w:p>
    <w:p>
      <w:pPr>
        <w:keepNext/>
        <w:keepLines/>
        <w:widowControl w:val="1"/>
      </w:pPr>
      <w:r>
        <w:rPr>
          <w:rFonts w:ascii="Calibri" w:hAnsi="Calibri"/>
        </w:rPr>
        <w:t>Write this somewhere you can reach quickly:</w:t>
      </w:r>
    </w:p>
    <w:p>
      <w:pPr>
        <w:widowControl w:val="1"/>
      </w:pPr>
      <w:r>
        <w:rPr>
          <w:rFonts w:ascii="Calibri" w:hAnsi="Calibri"/>
          <w:b/>
        </w:rPr>
        <w:t>This feeling will change. I do not have to obey it. For the next ten minutes I will:</w:t>
      </w:r>
    </w:p>
    <w:p>
      <w:pPr>
        <w:widowControl w:val="1"/>
      </w:pPr>
      <w:r>
        <w:rPr>
          <w:rFonts w:ascii="Calibri" w:hAnsi="Calibri"/>
        </w:rPr>
        <w:t>Add three actions that are realistic for your life. Include one person you can contact. Keep the card short. A craving is not the time to read an essay.</w:t>
      </w:r>
    </w:p>
    <w:p>
      <w:pPr>
        <w:widowControl w:val="1"/>
      </w:pPr>
      <w:r>
        <w:rPr>
          <w:rFonts w:ascii="Calibri" w:hAnsi="Calibri"/>
        </w:rPr>
        <w:t>When you use it, do not grade the experience. The ten minutes may be uncomfortable. Success is not feeling wonderful. Success is reaching the other side without handing the decision back to a cigarette.</w:t>
      </w:r>
    </w:p>
    <w:p>
      <w:pPr>
        <w:pStyle w:val="Kicker"/>
        <w:pageBreakBefore/>
        <w:spacing w:before="680"/>
      </w:pPr>
      <w:r>
        <w:rPr>
          <w:rFonts w:ascii="Calibri" w:hAnsi="Calibri"/>
        </w:rPr>
        <w:t>CHAPTER 8</w:t>
      </w:r>
    </w:p>
    <w:p>
      <w:pPr>
        <w:pStyle w:val="Heading1"/>
        <w:keepNext/>
        <w:pageBreakBefore w:val="0"/>
        <w:pBdr>
          <w:bottom w:val="single" w:sz="10" w:space="8" w:color="A52F20"/>
        </w:pBdr>
      </w:pPr>
      <w:r>
        <w:t>Stress without smoking</w:t>
      </w:r>
    </w:p>
    <w:p>
      <w:pPr>
        <w:pStyle w:val="Heading2"/>
        <w:widowControl w:val="1"/>
      </w:pPr>
      <w:r>
        <w:rPr>
          <w:rFonts w:ascii="Calibri" w:hAnsi="Calibri"/>
        </w:rPr>
        <w:t>Quitting does not remove life</w:t>
      </w:r>
    </w:p>
    <w:p>
      <w:pPr>
        <w:widowControl w:val="1"/>
      </w:pPr>
      <w:r>
        <w:rPr>
          <w:rFonts w:ascii="Calibri" w:hAnsi="Calibri"/>
        </w:rPr>
        <w:t>Bills still arrive. People still disappoint us. Work can still be unfair. Families still argue. Grief, loneliness and uncertainty do not disappear because you stop smoking.</w:t>
      </w:r>
    </w:p>
    <w:p>
      <w:pPr>
        <w:widowControl w:val="1"/>
      </w:pPr>
      <w:r>
        <w:rPr>
          <w:rFonts w:ascii="Calibri" w:hAnsi="Calibri"/>
        </w:rPr>
        <w:t>This is important to say plainly. Quitting is not a promise that life will become easy. It is a decision to stop adding smoking to what is already hard.</w:t>
      </w:r>
    </w:p>
    <w:p>
      <w:pPr>
        <w:widowControl w:val="1"/>
      </w:pPr>
      <w:r>
        <w:rPr>
          <w:rFonts w:ascii="Calibri" w:hAnsi="Calibri"/>
        </w:rPr>
        <w:t>When I used cigarettes during stress, I was often trying to create a border around the moment. I could step away, light up and postpone the next decision. For a few minutes, there was only the ritual.</w:t>
      </w:r>
    </w:p>
    <w:p>
      <w:pPr>
        <w:widowControl w:val="1"/>
      </w:pPr>
      <w:r>
        <w:rPr>
          <w:rFonts w:ascii="Calibri" w:hAnsi="Calibri"/>
        </w:rPr>
        <w:t>The problem was waiting when I returned. Sometimes there was now another problem too: the next craving, the smell, the money, the disappointment in myself.</w:t>
      </w:r>
    </w:p>
    <w:p>
      <w:pPr>
        <w:widowControl w:val="1"/>
      </w:pPr>
      <w:r>
        <w:rPr>
          <w:rFonts w:ascii="Calibri" w:hAnsi="Calibri"/>
        </w:rPr>
        <w:t>You deserve ways of coping that do not keep sending an invoice later.</w:t>
      </w:r>
    </w:p>
    <w:p>
      <w:pPr>
        <w:pStyle w:val="Heading2"/>
        <w:widowControl w:val="1"/>
      </w:pPr>
      <w:r>
        <w:rPr>
          <w:rFonts w:ascii="Calibri" w:hAnsi="Calibri"/>
        </w:rPr>
        <w:t>First, ask what kind of stress this is</w:t>
      </w:r>
    </w:p>
    <w:p>
      <w:pPr>
        <w:widowControl w:val="1"/>
      </w:pPr>
      <w:r>
        <w:rPr>
          <w:rFonts w:ascii="Calibri" w:hAnsi="Calibri"/>
        </w:rPr>
        <w:t>Not every difficult feeling needs the same response.</w:t>
      </w:r>
    </w:p>
    <w:p>
      <w:pPr>
        <w:widowControl w:val="1"/>
      </w:pPr>
      <w:r>
        <w:rPr>
          <w:rFonts w:ascii="Calibri" w:hAnsi="Calibri"/>
        </w:rPr>
        <w:t>Some stress comes from the body. You have not eaten. You are dehydrated. You have slept badly. You have been sitting too long. The kindest response may be ordinary care, not deep analysis.</w:t>
      </w:r>
    </w:p>
    <w:p>
      <w:pPr>
        <w:widowControl w:val="1"/>
      </w:pPr>
      <w:r>
        <w:rPr>
          <w:rFonts w:ascii="Calibri" w:hAnsi="Calibri"/>
        </w:rPr>
        <w:t>Some stress comes from a problem that needs action. A bill needs a phone call. A project needs a first step. A misunderstanding needs a conversation, perhaps after everyone has cooled down. Smoking can delay that action without making it easier.</w:t>
      </w:r>
    </w:p>
    <w:p>
      <w:pPr>
        <w:widowControl w:val="1"/>
      </w:pPr>
      <w:r>
        <w:rPr>
          <w:rFonts w:ascii="Calibri" w:hAnsi="Calibri"/>
        </w:rPr>
        <w:t>Some stress cannot be solved today. You are waiting for news. Someone you love is ill. A loss cannot be undone. In those moments, coping may mean getting through the next hour with another person nearby. It may mean allowing sadness instead of trying to fix it.</w:t>
      </w:r>
    </w:p>
    <w:p>
      <w:pPr>
        <w:widowControl w:val="1"/>
      </w:pPr>
      <w:r>
        <w:rPr>
          <w:rFonts w:ascii="Calibri" w:hAnsi="Calibri"/>
        </w:rPr>
        <w:t>And sometimes what feels like stress is partly a craving. The body is restless, concentration is thin, and the mind attaches that discomfort to whatever is happening nearby. Naming it can reduce the confusion: "This meeting is difficult, and I am also having a craving. Both will pass."</w:t>
      </w:r>
    </w:p>
    <w:p>
      <w:pPr>
        <w:pStyle w:val="Heading2"/>
        <w:widowControl w:val="1"/>
      </w:pPr>
      <w:r>
        <w:rPr>
          <w:rFonts w:ascii="Calibri" w:hAnsi="Calibri"/>
        </w:rPr>
        <w:t>Take the pause on purpose</w:t>
      </w:r>
    </w:p>
    <w:p>
      <w:pPr>
        <w:widowControl w:val="1"/>
      </w:pPr>
      <w:r>
        <w:rPr>
          <w:rFonts w:ascii="Calibri" w:hAnsi="Calibri"/>
        </w:rPr>
        <w:t>If smoking was your signal to stop, you may need to make pauses more deliberate.</w:t>
      </w:r>
    </w:p>
    <w:p>
      <w:pPr>
        <w:widowControl w:val="1"/>
      </w:pPr>
      <w:r>
        <w:rPr>
          <w:rFonts w:ascii="Calibri" w:hAnsi="Calibri"/>
        </w:rPr>
        <w:t>Do not wait until you are at the edge. Put a short break into the day before the pressure peaks. Leave the screen. Unclench your jaw. Let your shoulders drop. Drink something. Look outside. Walk far enough to feel your legs moving.</w:t>
      </w:r>
    </w:p>
    <w:p>
      <w:pPr>
        <w:widowControl w:val="1"/>
      </w:pPr>
      <w:r>
        <w:rPr>
          <w:rFonts w:ascii="Calibri" w:hAnsi="Calibri"/>
        </w:rPr>
        <w:t>This is not about performing relaxation perfectly. Sometimes a few slow breaths help. Sometimes they do not. Sometimes what helps is sending the email you have been avoiding, eating lunch, asking for help or saying no.</w:t>
      </w:r>
    </w:p>
    <w:p>
      <w:pPr>
        <w:widowControl w:val="1"/>
      </w:pPr>
      <w:r>
        <w:rPr>
          <w:rFonts w:ascii="Calibri" w:hAnsi="Calibri"/>
        </w:rPr>
        <w:t xml:space="preserve">The useful question is: </w:t>
      </w:r>
      <w:r>
        <w:rPr>
          <w:rFonts w:ascii="Calibri" w:hAnsi="Calibri"/>
          <w:b/>
        </w:rPr>
        <w:t>What would make the next half hour more manageable?</w:t>
      </w:r>
    </w:p>
    <w:p>
      <w:pPr>
        <w:widowControl w:val="1"/>
      </w:pPr>
      <w:r>
        <w:rPr>
          <w:rFonts w:ascii="Calibri" w:hAnsi="Calibri"/>
        </w:rPr>
        <w:t>Not the whole week. Not your whole life. The next half hour.</w:t>
      </w:r>
    </w:p>
    <w:p>
      <w:pPr>
        <w:pStyle w:val="Heading2"/>
        <w:widowControl w:val="1"/>
      </w:pPr>
      <w:r>
        <w:rPr>
          <w:rFonts w:ascii="Calibri" w:hAnsi="Calibri"/>
        </w:rPr>
        <w:t>Anger needs somewhere safe to go</w:t>
      </w:r>
    </w:p>
    <w:p>
      <w:pPr>
        <w:widowControl w:val="1"/>
      </w:pPr>
      <w:r>
        <w:rPr>
          <w:rFonts w:ascii="Calibri" w:hAnsi="Calibri"/>
        </w:rPr>
        <w:t>Anger can make a cigarette feel urgent because it gives your hands something to do and removes you from the room.</w:t>
      </w:r>
    </w:p>
    <w:p>
      <w:pPr>
        <w:widowControl w:val="1"/>
      </w:pPr>
      <w:r>
        <w:rPr>
          <w:rFonts w:ascii="Calibri" w:hAnsi="Calibri"/>
        </w:rPr>
        <w:t>Keep the removal. Leave before saying the thing you will regret. Walk quickly. Wash your face. Write the uncensored message in your notes and do not send it. Call someone who will help you come down rather than wind you up.</w:t>
      </w:r>
    </w:p>
    <w:p>
      <w:pPr>
        <w:widowControl w:val="1"/>
      </w:pPr>
      <w:r>
        <w:rPr>
          <w:rFonts w:ascii="Calibri" w:hAnsi="Calibri"/>
        </w:rPr>
        <w:t>When the first heat passes, decide what the anger is asking for. A boundary? An apology? A change at work? Rest? There may not be an immediate answer, but the cigarette never had one either.</w:t>
      </w:r>
    </w:p>
    <w:p>
      <w:pPr>
        <w:widowControl w:val="1"/>
      </w:pPr>
      <w:r>
        <w:rPr>
          <w:rFonts w:ascii="Calibri" w:hAnsi="Calibri"/>
        </w:rPr>
        <w:t>If you feel you may hurt yourself or someone else, move away from weapons, medicines and other means of harm, contact a trusted person, and call local emergency help now. Safety comes before any quit plan.</w:t>
      </w:r>
    </w:p>
    <w:p>
      <w:pPr>
        <w:pStyle w:val="Heading2"/>
        <w:widowControl w:val="1"/>
      </w:pPr>
      <w:r>
        <w:rPr>
          <w:rFonts w:ascii="Calibri" w:hAnsi="Calibri"/>
        </w:rPr>
        <w:t>Loneliness is not a craving for smoke</w:t>
      </w:r>
    </w:p>
    <w:p>
      <w:pPr>
        <w:widowControl w:val="1"/>
      </w:pPr>
      <w:r>
        <w:rPr>
          <w:rFonts w:ascii="Calibri" w:hAnsi="Calibri"/>
        </w:rPr>
        <w:t>Loneliness can arrive as a physical ache. A cigarette fills time and creates a small routine, but it cannot know you, answer you or stay when you need a human being.</w:t>
      </w:r>
    </w:p>
    <w:p>
      <w:pPr>
        <w:widowControl w:val="1"/>
      </w:pPr>
      <w:r>
        <w:rPr>
          <w:rFonts w:ascii="Calibri" w:hAnsi="Calibri"/>
        </w:rPr>
        <w:t>Do not wait until you feel cheerful enough to reach out. Send a plain message: "I am having a difficult evening. Do you have ten minutes?" Go somewhere safe where other people are present. Sit with family without needing to explain everything. Join the community if it feels helpful, but remember that a group chat is not emergency or medical care.</w:t>
      </w:r>
    </w:p>
    <w:p>
      <w:pPr>
        <w:widowControl w:val="1"/>
      </w:pPr>
      <w:r>
        <w:rPr>
          <w:rFonts w:ascii="Calibri" w:hAnsi="Calibri"/>
        </w:rPr>
        <w:t>If you have nobody to contact, make a short plan for the evening. Eat something. Shower. Choose one familiar film or piece of music. Go to bed at a reasonable time. These actions do not cure loneliness. They prevent a lonely hour from making every decision for you.</w:t>
      </w:r>
    </w:p>
    <w:p>
      <w:pPr>
        <w:pStyle w:val="Heading2"/>
        <w:widowControl w:val="1"/>
      </w:pPr>
      <w:r>
        <w:rPr>
          <w:rFonts w:ascii="Calibri" w:hAnsi="Calibri"/>
        </w:rPr>
        <w:t>Stress may feel worse before it feels better</w:t>
      </w:r>
    </w:p>
    <w:p>
      <w:pPr>
        <w:widowControl w:val="1"/>
      </w:pPr>
      <w:r>
        <w:rPr>
          <w:rFonts w:ascii="Calibri" w:hAnsi="Calibri"/>
        </w:rPr>
        <w:t>In the early days, you may be more irritable, restless or emotional than usual. That does not prove cigarettes were keeping you mentally well. Your body and routines are adjusting.</w:t>
      </w:r>
    </w:p>
    <w:p>
      <w:pPr>
        <w:widowControl w:val="1"/>
      </w:pPr>
      <w:r>
        <w:rPr>
          <w:rFonts w:ascii="Calibri" w:hAnsi="Calibri"/>
        </w:rPr>
        <w:t>Tell the people close to you what is happening. You can say, "I may be short-tempered this week. I am not asking you to accept hurtful behaviour, but I may need a little space and support."</w:t>
      </w:r>
    </w:p>
    <w:p>
      <w:pPr>
        <w:widowControl w:val="1"/>
      </w:pPr>
      <w:r>
        <w:rPr>
          <w:rFonts w:ascii="Calibri" w:hAnsi="Calibri"/>
        </w:rPr>
        <w:t>Lower unnecessary demands where you can. Keep food simple. Protect sleep. Be cautious around alcohol if it weakens your decisions or places you among smokers. Ask a doctor or pharmacist about support if withdrawal feels hard to manage.</w:t>
      </w:r>
    </w:p>
    <w:p>
      <w:pPr>
        <w:widowControl w:val="1"/>
      </w:pPr>
      <w:r>
        <w:rPr>
          <w:rFonts w:ascii="Calibri" w:hAnsi="Calibri"/>
        </w:rPr>
        <w:t>If anxiety, depression, sleeplessness or agitation becomes severe, lasts, or makes daily life unsafe, seek professional help. If you have thoughts of suicide or self-harm, contact emergency services or a crisis service in your country now, and stay with another person if possible.</w:t>
      </w:r>
    </w:p>
    <w:p>
      <w:pPr>
        <w:pStyle w:val="Heading2"/>
        <w:widowControl w:val="1"/>
      </w:pPr>
      <w:r>
        <w:rPr>
          <w:rFonts w:ascii="Calibri" w:hAnsi="Calibri"/>
        </w:rPr>
        <w:t>Make a bad-day plan while the day is good</w:t>
      </w:r>
    </w:p>
    <w:p>
      <w:pPr>
        <w:widowControl w:val="1"/>
      </w:pPr>
      <w:r>
        <w:rPr>
          <w:rFonts w:ascii="Calibri" w:hAnsi="Calibri"/>
        </w:rPr>
        <w:t>Write down one difficult situation that is likely to happen again. It could be a deadline, an argument, a long drive or a quiet Sunday evening.</w:t>
      </w:r>
    </w:p>
    <w:p>
      <w:pPr>
        <w:keepNext/>
        <w:keepLines/>
        <w:widowControl w:val="1"/>
      </w:pPr>
      <w:r>
        <w:rPr>
          <w:rFonts w:ascii="Calibri" w:hAnsi="Calibri"/>
        </w:rPr>
        <w:t>Complete these lines:</w:t>
      </w:r>
    </w:p>
    <w:p>
      <w:pPr>
        <w:numPr>
          <w:ilvl w:val="0"/>
          <w:numId w:val="14"/>
        </w:numPr>
        <w:keepLines/>
        <w:widowControl w:val="1"/>
        <w:spacing w:after="60"/>
      </w:pPr>
      <w:r>
        <w:rPr>
          <w:rFonts w:ascii="Calibri" w:hAnsi="Calibri"/>
        </w:rPr>
        <w:t>I usually know stress is rising when...</w:t>
      </w:r>
    </w:p>
    <w:p>
      <w:pPr>
        <w:numPr>
          <w:ilvl w:val="0"/>
          <w:numId w:val="14"/>
        </w:numPr>
        <w:keepLines/>
        <w:widowControl w:val="1"/>
        <w:spacing w:after="60"/>
      </w:pPr>
      <w:r>
        <w:rPr>
          <w:rFonts w:ascii="Calibri" w:hAnsi="Calibri"/>
        </w:rPr>
        <w:t>Before it gets too high, I can...</w:t>
      </w:r>
    </w:p>
    <w:p>
      <w:pPr>
        <w:numPr>
          <w:ilvl w:val="0"/>
          <w:numId w:val="14"/>
        </w:numPr>
        <w:keepLines/>
        <w:widowControl w:val="1"/>
        <w:spacing w:after="60"/>
      </w:pPr>
      <w:r>
        <w:rPr>
          <w:rFonts w:ascii="Calibri" w:hAnsi="Calibri"/>
        </w:rPr>
        <w:t>The person I can contact is...</w:t>
      </w:r>
    </w:p>
    <w:p>
      <w:pPr>
        <w:numPr>
          <w:ilvl w:val="0"/>
          <w:numId w:val="14"/>
        </w:numPr>
        <w:keepLines/>
        <w:widowControl w:val="1"/>
        <w:spacing w:after="60"/>
      </w:pPr>
      <w:r>
        <w:rPr>
          <w:rFonts w:ascii="Calibri" w:hAnsi="Calibri"/>
        </w:rPr>
        <w:t>The practical problem I may need to face is...</w:t>
      </w:r>
    </w:p>
    <w:p>
      <w:pPr>
        <w:numPr>
          <w:ilvl w:val="0"/>
          <w:numId w:val="14"/>
        </w:numPr>
        <w:keepLines/>
        <w:widowControl w:val="1"/>
        <w:spacing w:after="60"/>
      </w:pPr>
      <w:r>
        <w:rPr>
          <w:rFonts w:ascii="Calibri" w:hAnsi="Calibri"/>
        </w:rPr>
        <w:t>If I feel unsafe or unable to cope, I will...</w:t>
      </w:r>
    </w:p>
    <w:p>
      <w:pPr>
        <w:widowControl w:val="1"/>
      </w:pPr>
      <w:r>
        <w:rPr>
          <w:rFonts w:ascii="Calibri" w:hAnsi="Calibri"/>
        </w:rPr>
        <w:t>Put the plan where you can find it. A useful plan is specific. "Be calm" is not an action. "Walk outside for five minutes, then call someone I trust" is.</w:t>
      </w:r>
    </w:p>
    <w:p>
      <w:pPr>
        <w:widowControl w:val="1"/>
      </w:pPr>
      <w:r>
        <w:rPr>
          <w:rFonts w:ascii="Calibri" w:hAnsi="Calibri"/>
        </w:rPr>
        <w:t>Some days you will use the plan well. Some days you will remember it late. That is normal. Each time you notice earlier, ask for help sooner or get through one hard moment without smoking, you are building a different relationship with stress.</w:t>
      </w:r>
    </w:p>
    <w:p>
      <w:pPr>
        <w:widowControl w:val="1"/>
      </w:pPr>
      <w:r>
        <w:rPr>
          <w:rFonts w:ascii="Calibri" w:hAnsi="Calibri"/>
        </w:rPr>
        <w:t>You are proving something quieter and more important than toughness: a difficult feeling can be present, and you can still choose what happens next.</w:t>
      </w:r>
    </w:p>
    <w:p>
      <w:pPr>
        <w:pStyle w:val="Kicker"/>
        <w:pageBreakBefore/>
        <w:spacing w:before="680"/>
      </w:pPr>
      <w:r>
        <w:rPr>
          <w:rFonts w:ascii="Calibri" w:hAnsi="Calibri"/>
        </w:rPr>
        <w:t>CHAPTER 9</w:t>
      </w:r>
    </w:p>
    <w:p>
      <w:pPr>
        <w:pStyle w:val="Heading1"/>
        <w:keepNext/>
        <w:pageBreakBefore w:val="0"/>
        <w:pBdr>
          <w:bottom w:val="single" w:sz="10" w:space="8" w:color="A52F20"/>
        </w:pBdr>
      </w:pPr>
      <w:r>
        <w:t>Who am I without cigarettes?</w:t>
      </w:r>
    </w:p>
    <w:p>
      <w:pPr>
        <w:widowControl w:val="1"/>
      </w:pPr>
      <w:r>
        <w:rPr>
          <w:rFonts w:ascii="Calibri" w:hAnsi="Calibri"/>
        </w:rPr>
        <w:t>At first, quitting sounds like a practical problem.</w:t>
      </w:r>
    </w:p>
    <w:p>
      <w:pPr>
        <w:widowControl w:val="1"/>
      </w:pPr>
      <w:r>
        <w:rPr>
          <w:rFonts w:ascii="Calibri" w:hAnsi="Calibri"/>
        </w:rPr>
        <w:t>What will I do with my coffee? How will I get through a long drive? What happens after a difficult call, when I usually step outside? What will I do at a party when everyone else goes to smoke?</w:t>
      </w:r>
    </w:p>
    <w:p>
      <w:pPr>
        <w:widowControl w:val="1"/>
      </w:pPr>
      <w:r>
        <w:rPr>
          <w:rFonts w:ascii="Calibri" w:hAnsi="Calibri"/>
        </w:rPr>
        <w:t>Then a quieter question appears.</w:t>
      </w:r>
    </w:p>
    <w:p>
      <w:pPr>
        <w:widowControl w:val="1"/>
      </w:pPr>
      <w:r>
        <w:rPr>
          <w:rFonts w:ascii="Calibri" w:hAnsi="Calibri"/>
        </w:rPr>
        <w:t>Who am I without cigarettes?</w:t>
      </w:r>
    </w:p>
    <w:p>
      <w:pPr>
        <w:widowControl w:val="1"/>
      </w:pPr>
      <w:r>
        <w:rPr>
          <w:rFonts w:ascii="Calibri" w:hAnsi="Calibri"/>
        </w:rPr>
        <w:t>It can feel like a surprisingly big question. Smoking may have been with you when you were lonely, excited, angry, bored, tired, or trying to belong. It may have marked the start of the day and the end of a meal. It gave you a reason to leave the room. It filled awkward pauses. It sat beside you while you worked or thought.</w:t>
      </w:r>
    </w:p>
    <w:p>
      <w:pPr>
        <w:widowControl w:val="1"/>
      </w:pPr>
      <w:r>
        <w:rPr>
          <w:rFonts w:ascii="Calibri" w:hAnsi="Calibri"/>
        </w:rPr>
        <w:t>After enough repetition, the cigarette can look like part of your personality. You may think of yourself as the person who smokes on the balcony, the friend who always has a lighter, the worker who needs a cigarette to solve a problem, or the one who slips away when life becomes too much.</w:t>
      </w:r>
    </w:p>
    <w:p>
      <w:pPr>
        <w:widowControl w:val="1"/>
      </w:pPr>
      <w:r>
        <w:rPr>
          <w:rFonts w:ascii="Calibri" w:hAnsi="Calibri"/>
        </w:rPr>
        <w:t>But the cigarette did not create the thoughtful person, the funny person, the private person, or the strong person. It attached itself to those parts of your life and started taking the credit.</w:t>
      </w:r>
    </w:p>
    <w:p>
      <w:pPr>
        <w:widowControl w:val="1"/>
      </w:pPr>
      <w:r>
        <w:rPr>
          <w:rFonts w:ascii="Calibri" w:hAnsi="Calibri"/>
        </w:rPr>
        <w:t>You are not losing yourself. You are separating yourself from a habit that learned where to find you.</w:t>
      </w:r>
    </w:p>
    <w:p>
      <w:pPr>
        <w:pStyle w:val="Heading2"/>
        <w:widowControl w:val="1"/>
      </w:pPr>
      <w:r>
        <w:rPr>
          <w:rFonts w:ascii="Calibri" w:hAnsi="Calibri"/>
        </w:rPr>
        <w:t>Be careful with the names you give yourself</w:t>
      </w:r>
    </w:p>
    <w:p>
      <w:pPr>
        <w:widowControl w:val="1"/>
      </w:pPr>
      <w:r>
        <w:rPr>
          <w:rFonts w:ascii="Calibri" w:hAnsi="Calibri"/>
        </w:rPr>
        <w:t>People often speak to themselves more harshly after smoking than they would speak to anyone they love.</w:t>
      </w:r>
    </w:p>
    <w:p>
      <w:pPr>
        <w:widowControl w:val="1"/>
      </w:pPr>
      <w:r>
        <w:rPr>
          <w:rFonts w:ascii="Calibri" w:hAnsi="Calibri"/>
        </w:rPr>
        <w:t>"I have no willpower."</w:t>
      </w:r>
    </w:p>
    <w:p>
      <w:pPr>
        <w:widowControl w:val="1"/>
      </w:pPr>
      <w:r>
        <w:rPr>
          <w:rFonts w:ascii="Calibri" w:hAnsi="Calibri"/>
        </w:rPr>
        <w:t>"I always fail."</w:t>
      </w:r>
    </w:p>
    <w:p>
      <w:pPr>
        <w:widowControl w:val="1"/>
      </w:pPr>
      <w:r>
        <w:rPr>
          <w:rFonts w:ascii="Calibri" w:hAnsi="Calibri"/>
        </w:rPr>
        <w:t>"I cannot cope without it."</w:t>
      </w:r>
    </w:p>
    <w:p>
      <w:pPr>
        <w:widowControl w:val="1"/>
      </w:pPr>
      <w:r>
        <w:rPr>
          <w:rFonts w:ascii="Calibri" w:hAnsi="Calibri"/>
        </w:rPr>
        <w:t>"I ruined everything."</w:t>
      </w:r>
    </w:p>
    <w:p>
      <w:pPr>
        <w:widowControl w:val="1"/>
      </w:pPr>
      <w:r>
        <w:rPr>
          <w:rFonts w:ascii="Calibri" w:hAnsi="Calibri"/>
        </w:rPr>
        <w:t>These sentences feel final. They turn one action into a judgment about a whole person. They also leave you nowhere useful to go.</w:t>
      </w:r>
    </w:p>
    <w:p>
      <w:pPr>
        <w:widowControl w:val="1"/>
      </w:pPr>
      <w:r>
        <w:rPr>
          <w:rFonts w:ascii="Calibri" w:hAnsi="Calibri"/>
        </w:rPr>
        <w:t>Try saying exactly what happened instead.</w:t>
      </w:r>
    </w:p>
    <w:p>
      <w:pPr>
        <w:widowControl w:val="1"/>
      </w:pPr>
      <w:r>
        <w:rPr>
          <w:rFonts w:ascii="Calibri" w:hAnsi="Calibri"/>
        </w:rPr>
        <w:t>"Evenings are hard for me because I usually smoke when I am alone."</w:t>
      </w:r>
    </w:p>
    <w:p>
      <w:pPr>
        <w:widowControl w:val="1"/>
      </w:pPr>
      <w:r>
        <w:rPr>
          <w:rFonts w:ascii="Calibri" w:hAnsi="Calibri"/>
        </w:rPr>
        <w:t>"I smoked after an argument. I need a better plan for the first ten minutes after conflict."</w:t>
      </w:r>
    </w:p>
    <w:p>
      <w:pPr>
        <w:widowControl w:val="1"/>
      </w:pPr>
      <w:r>
        <w:rPr>
          <w:rFonts w:ascii="Calibri" w:hAnsi="Calibri"/>
        </w:rPr>
        <w:t>"I have tried before, and I learned that I need more support in the morning."</w:t>
      </w:r>
    </w:p>
    <w:p>
      <w:pPr>
        <w:widowControl w:val="1"/>
      </w:pPr>
      <w:r>
        <w:rPr>
          <w:rFonts w:ascii="Calibri" w:hAnsi="Calibri"/>
        </w:rPr>
        <w:t>"I smoked one cigarette. I can put it out and restart now."</w:t>
      </w:r>
    </w:p>
    <w:p>
      <w:pPr>
        <w:widowControl w:val="1"/>
      </w:pPr>
      <w:r>
        <w:rPr>
          <w:rFonts w:ascii="Calibri" w:hAnsi="Calibri"/>
        </w:rPr>
        <w:t>I am not asking you to pretend everything is fine. I am asking you to describe the problem without using it to attack yourself.</w:t>
      </w:r>
    </w:p>
    <w:p>
      <w:pPr>
        <w:keepNext/>
        <w:keepLines/>
        <w:widowControl w:val="1"/>
      </w:pPr>
      <w:r>
        <w:rPr>
          <w:rFonts w:ascii="Calibri" w:hAnsi="Calibri"/>
        </w:rPr>
        <w:t>When your mind says something cruel, ask two questions:</w:t>
      </w:r>
    </w:p>
    <w:p>
      <w:pPr>
        <w:numPr>
          <w:ilvl w:val="0"/>
          <w:numId w:val="15"/>
        </w:numPr>
        <w:keepLines/>
        <w:widowControl w:val="1"/>
        <w:spacing w:after="60"/>
      </w:pPr>
      <w:r>
        <w:rPr>
          <w:rFonts w:ascii="Calibri" w:hAnsi="Calibri"/>
        </w:rPr>
        <w:t>What happened, in plain facts?</w:t>
      </w:r>
    </w:p>
    <w:p>
      <w:pPr>
        <w:numPr>
          <w:ilvl w:val="0"/>
          <w:numId w:val="15"/>
        </w:numPr>
        <w:keepLines/>
        <w:widowControl w:val="1"/>
        <w:spacing w:after="60"/>
      </w:pPr>
      <w:r>
        <w:rPr>
          <w:rFonts w:ascii="Calibri" w:hAnsi="Calibri"/>
        </w:rPr>
        <w:t>What can I do next?</w:t>
      </w:r>
    </w:p>
    <w:p>
      <w:pPr>
        <w:widowControl w:val="1"/>
      </w:pPr>
      <w:r>
        <w:rPr>
          <w:rFonts w:ascii="Calibri" w:hAnsi="Calibri"/>
        </w:rPr>
        <w:t>The next action may be small. Throw away the remaining cigarettes. Send a message. Eat something. Leave the smoking area. Make an appointment. Go to bed. A small action still changes the direction of the next hour.</w:t>
      </w:r>
    </w:p>
    <w:p>
      <w:pPr>
        <w:pStyle w:val="Heading2"/>
        <w:widowControl w:val="1"/>
      </w:pPr>
      <w:r>
        <w:rPr>
          <w:rFonts w:ascii="Calibri" w:hAnsi="Calibri"/>
        </w:rPr>
        <w:t>Let actions change the story</w:t>
      </w:r>
    </w:p>
    <w:p>
      <w:pPr>
        <w:widowControl w:val="1"/>
      </w:pPr>
      <w:r>
        <w:rPr>
          <w:rFonts w:ascii="Calibri" w:hAnsi="Calibri"/>
        </w:rPr>
        <w:t>You may not feel like a person who no longer smokes on the first day. That is normal. Feelings often arrive after actions, not before them.</w:t>
      </w:r>
    </w:p>
    <w:p>
      <w:pPr>
        <w:widowControl w:val="1"/>
      </w:pPr>
      <w:r>
        <w:rPr>
          <w:rFonts w:ascii="Calibri" w:hAnsi="Calibri"/>
        </w:rPr>
        <w:t>Remove the ashtray.</w:t>
      </w:r>
    </w:p>
    <w:p>
      <w:pPr>
        <w:widowControl w:val="1"/>
      </w:pPr>
      <w:r>
        <w:rPr>
          <w:rFonts w:ascii="Calibri" w:hAnsi="Calibri"/>
        </w:rPr>
        <w:t>Tell a friend not to offer you a cigarette.</w:t>
      </w:r>
    </w:p>
    <w:p>
      <w:pPr>
        <w:widowControl w:val="1"/>
      </w:pPr>
      <w:r>
        <w:rPr>
          <w:rFonts w:ascii="Calibri" w:hAnsi="Calibri"/>
        </w:rPr>
        <w:t>Take one coffee break without smoking.</w:t>
      </w:r>
    </w:p>
    <w:p>
      <w:pPr>
        <w:widowControl w:val="1"/>
      </w:pPr>
      <w:r>
        <w:rPr>
          <w:rFonts w:ascii="Calibri" w:hAnsi="Calibri"/>
        </w:rPr>
        <w:t>Ask a doctor or pharmacist about quit medicine.</w:t>
      </w:r>
    </w:p>
    <w:p>
      <w:pPr>
        <w:widowControl w:val="1"/>
      </w:pPr>
      <w:r>
        <w:rPr>
          <w:rFonts w:ascii="Calibri" w:hAnsi="Calibri"/>
        </w:rPr>
        <w:t>Pause for one minute when an urge appears.</w:t>
      </w:r>
    </w:p>
    <w:p>
      <w:pPr>
        <w:widowControl w:val="1"/>
      </w:pPr>
      <w:r>
        <w:rPr>
          <w:rFonts w:ascii="Calibri" w:hAnsi="Calibri"/>
        </w:rPr>
        <w:t>Restart quickly if you smoke.</w:t>
      </w:r>
    </w:p>
    <w:p>
      <w:pPr>
        <w:widowControl w:val="1"/>
      </w:pPr>
      <w:r>
        <w:rPr>
          <w:rFonts w:ascii="Calibri" w:hAnsi="Calibri"/>
        </w:rPr>
        <w:t>Each action gives you a new memory of yourself. None of them has to prove that you will never smoke again. They only need to show that another response is possible.</w:t>
      </w:r>
    </w:p>
    <w:p>
      <w:pPr>
        <w:widowControl w:val="1"/>
      </w:pPr>
      <w:r>
        <w:rPr>
          <w:rFonts w:ascii="Calibri" w:hAnsi="Calibri"/>
        </w:rPr>
        <w:t>This is why one cigarette cannot erase everything you have learned. A counter may return to zero, but you do not. You still know which situations are difficult. You still know who answers the phone. You still know which plan helped you through yesterday afternoon. Keep that knowledge.</w:t>
      </w:r>
    </w:p>
    <w:p>
      <w:pPr>
        <w:pStyle w:val="Heading2"/>
        <w:widowControl w:val="1"/>
      </w:pPr>
      <w:r>
        <w:rPr>
          <w:rFonts w:ascii="Calibri" w:hAnsi="Calibri"/>
        </w:rPr>
        <w:t>What was the cigarette doing for you?</w:t>
      </w:r>
    </w:p>
    <w:p>
      <w:pPr>
        <w:widowControl w:val="1"/>
      </w:pPr>
      <w:r>
        <w:rPr>
          <w:rFonts w:ascii="Calibri" w:hAnsi="Calibri"/>
        </w:rPr>
        <w:t>Sometimes smoking is tied to a deeper ache. You may reach for it after criticism, when you feel unwanted, or when you are afraid that you are not good enough. The cigarette changes the sensation for a few minutes, but it cannot repair the argument, make another person understand you, or decide your worth.</w:t>
      </w:r>
    </w:p>
    <w:p>
      <w:pPr>
        <w:widowControl w:val="1"/>
      </w:pPr>
      <w:r>
        <w:rPr>
          <w:rFonts w:ascii="Calibri" w:hAnsi="Calibri"/>
        </w:rPr>
        <w:t>You do not have to solve your whole past before you stop smoking. You also do not have to act as if your feelings are irrelevant.</w:t>
      </w:r>
    </w:p>
    <w:p>
      <w:pPr>
        <w:widowControl w:val="1"/>
      </w:pPr>
      <w:r>
        <w:rPr>
          <w:rFonts w:ascii="Calibri" w:hAnsi="Calibri"/>
        </w:rPr>
        <w:t>Ask what the moment actually needs.</w:t>
      </w:r>
    </w:p>
    <w:p>
      <w:pPr>
        <w:widowControl w:val="1"/>
      </w:pPr>
      <w:r>
        <w:rPr>
          <w:rFonts w:ascii="Calibri" w:hAnsi="Calibri"/>
        </w:rPr>
        <w:t>Do you need rest?</w:t>
      </w:r>
    </w:p>
    <w:p>
      <w:pPr>
        <w:widowControl w:val="1"/>
      </w:pPr>
      <w:r>
        <w:rPr>
          <w:rFonts w:ascii="Calibri" w:hAnsi="Calibri"/>
        </w:rPr>
        <w:t>Do you need to say no?</w:t>
      </w:r>
    </w:p>
    <w:p>
      <w:pPr>
        <w:widowControl w:val="1"/>
      </w:pPr>
      <w:r>
        <w:rPr>
          <w:rFonts w:ascii="Calibri" w:hAnsi="Calibri"/>
        </w:rPr>
        <w:t>Do you need food, company, privacy, reassurance, or a proper conversation?</w:t>
      </w:r>
    </w:p>
    <w:p>
      <w:pPr>
        <w:widowControl w:val="1"/>
      </w:pPr>
      <w:r>
        <w:rPr>
          <w:rFonts w:ascii="Calibri" w:hAnsi="Calibri"/>
        </w:rPr>
        <w:t>Do you need help with anxiety, low mood, grief, or something painful that has been following you for a long time?</w:t>
      </w:r>
    </w:p>
    <w:p>
      <w:pPr>
        <w:widowControl w:val="1"/>
      </w:pPr>
      <w:r>
        <w:rPr>
          <w:rFonts w:ascii="Calibri" w:hAnsi="Calibri"/>
        </w:rPr>
        <w:t>Quitting removes the cigarette. It does not remove your right to comfort. The work is to find comfort that does not ask you to keep smoking.</w:t>
      </w:r>
    </w:p>
    <w:p>
      <w:pPr>
        <w:widowControl w:val="1"/>
      </w:pPr>
      <w:r>
        <w:rPr>
          <w:rFonts w:ascii="Calibri" w:hAnsi="Calibri"/>
        </w:rPr>
        <w:t>If difficult feelings become overwhelming or keep interfering with daily life, speak with a mental health professional. If you need that help, please take it.</w:t>
      </w:r>
    </w:p>
    <w:p>
      <w:pPr>
        <w:pStyle w:val="Heading2"/>
        <w:widowControl w:val="1"/>
      </w:pPr>
      <w:r>
        <w:rPr>
          <w:rFonts w:ascii="Calibri" w:hAnsi="Calibri"/>
        </w:rPr>
        <w:t>Try the new version in small moments</w:t>
      </w:r>
    </w:p>
    <w:p>
      <w:pPr>
        <w:widowControl w:val="1"/>
      </w:pPr>
      <w:r>
        <w:rPr>
          <w:rFonts w:ascii="Calibri" w:hAnsi="Calibri"/>
        </w:rPr>
        <w:t>You do not have to make a grand announcement about who you are now. Try one ordinary moment at a time.</w:t>
      </w:r>
    </w:p>
    <w:p>
      <w:pPr>
        <w:widowControl w:val="1"/>
      </w:pPr>
      <w:r>
        <w:rPr>
          <w:rFonts w:ascii="Calibri" w:hAnsi="Calibri"/>
        </w:rPr>
        <w:t>For one coffee, sit somewhere different or eat breakfast first.</w:t>
      </w:r>
    </w:p>
    <w:p>
      <w:pPr>
        <w:widowControl w:val="1"/>
      </w:pPr>
      <w:r>
        <w:rPr>
          <w:rFonts w:ascii="Calibri" w:hAnsi="Calibri"/>
        </w:rPr>
        <w:t>For one drive, clean the car and choose your music before you start. Keep your attention on the road.</w:t>
      </w:r>
    </w:p>
    <w:p>
      <w:pPr>
        <w:widowControl w:val="1"/>
      </w:pPr>
      <w:r>
        <w:rPr>
          <w:rFonts w:ascii="Calibri" w:hAnsi="Calibri"/>
        </w:rPr>
        <w:t>For one stressful task, take the break you need without smoking. Stand up, stretch, look outside, or write down the next small step.</w:t>
      </w:r>
    </w:p>
    <w:p>
      <w:pPr>
        <w:widowControl w:val="1"/>
      </w:pPr>
      <w:r>
        <w:rPr>
          <w:rFonts w:ascii="Calibri" w:hAnsi="Calibri"/>
        </w:rPr>
        <w:t>For one social event, prepare a simple answer: "No thanks, I do not smoke now." If that feels too big, say, "No thanks, I am stopping."</w:t>
      </w:r>
    </w:p>
    <w:p>
      <w:pPr>
        <w:widowControl w:val="1"/>
      </w:pPr>
      <w:r>
        <w:rPr>
          <w:rFonts w:ascii="Calibri" w:hAnsi="Calibri"/>
        </w:rPr>
        <w:t>Afterward, ask yourself what you expected, what actually happened, and what might help next time. You are learning by living, not trying to win an argument in your head.</w:t>
      </w:r>
    </w:p>
    <w:p>
      <w:pPr>
        <w:pStyle w:val="Heading2"/>
        <w:widowControl w:val="1"/>
      </w:pPr>
      <w:r>
        <w:rPr>
          <w:rFonts w:ascii="Calibri" w:hAnsi="Calibri"/>
        </w:rPr>
        <w:t>Other people may need time to adjust</w:t>
      </w:r>
    </w:p>
    <w:p>
      <w:pPr>
        <w:widowControl w:val="1"/>
      </w:pPr>
      <w:r>
        <w:rPr>
          <w:rFonts w:ascii="Calibri" w:hAnsi="Calibri"/>
        </w:rPr>
        <w:t>Some friends will support you immediately. Others may joke, offer you cigarettes, or say that you will be back soon. Your decision may disturb a routine they share with you.</w:t>
      </w:r>
    </w:p>
    <w:p>
      <w:pPr>
        <w:widowControl w:val="1"/>
      </w:pPr>
      <w:r>
        <w:rPr>
          <w:rFonts w:ascii="Calibri" w:hAnsi="Calibri"/>
        </w:rPr>
        <w:t>Be clear without making a speech.</w:t>
      </w:r>
    </w:p>
    <w:p>
      <w:pPr>
        <w:widowControl w:val="1"/>
      </w:pPr>
      <w:r>
        <w:rPr>
          <w:rFonts w:ascii="Calibri" w:hAnsi="Calibri"/>
        </w:rPr>
        <w:t>"Please do not offer me one, even as a joke."</w:t>
      </w:r>
    </w:p>
    <w:p>
      <w:pPr>
        <w:widowControl w:val="1"/>
      </w:pPr>
      <w:r>
        <w:rPr>
          <w:rFonts w:ascii="Calibri" w:hAnsi="Calibri"/>
        </w:rPr>
        <w:t>"I am not going to the smoking area tonight. I will see you inside."</w:t>
      </w:r>
    </w:p>
    <w:p>
      <w:pPr>
        <w:widowControl w:val="1"/>
      </w:pPr>
      <w:r>
        <w:rPr>
          <w:rFonts w:ascii="Calibri" w:hAnsi="Calibri"/>
        </w:rPr>
        <w:t>"I do not need advice right now. I need you to listen for a minute."</w:t>
      </w:r>
    </w:p>
    <w:p>
      <w:pPr>
        <w:widowControl w:val="1"/>
      </w:pPr>
      <w:r>
        <w:rPr>
          <w:rFonts w:ascii="Calibri" w:hAnsi="Calibri"/>
        </w:rPr>
        <w:t>"If I have a hard day, please remind me to restart, not to give up."</w:t>
      </w:r>
    </w:p>
    <w:p>
      <w:pPr>
        <w:widowControl w:val="1"/>
      </w:pPr>
      <w:r>
        <w:rPr>
          <w:rFonts w:ascii="Calibri" w:hAnsi="Calibri"/>
        </w:rPr>
        <w:t>A person who cares about you may not know what to do until you tell them.</w:t>
      </w:r>
    </w:p>
    <w:p>
      <w:pPr>
        <w:keepNext/>
        <w:keepLines/>
        <w:widowControl w:val="1"/>
      </w:pPr>
      <w:r>
        <w:rPr>
          <w:rFonts w:ascii="Calibri" w:hAnsi="Calibri"/>
        </w:rPr>
        <w:t>Take a page and finish these sentences:</w:t>
      </w:r>
    </w:p>
    <w:p>
      <w:pPr>
        <w:widowControl w:val="1"/>
      </w:pPr>
      <w:r>
        <w:rPr>
          <w:rFonts w:ascii="Calibri" w:hAnsi="Calibri"/>
        </w:rPr>
        <w:t>The old story says ______.</w:t>
      </w:r>
    </w:p>
    <w:p>
      <w:pPr>
        <w:widowControl w:val="1"/>
      </w:pPr>
      <w:r>
        <w:rPr>
          <w:rFonts w:ascii="Calibri" w:hAnsi="Calibri"/>
        </w:rPr>
        <w:t>What is actually true is ______.</w:t>
      </w:r>
    </w:p>
    <w:p>
      <w:pPr>
        <w:widowControl w:val="1"/>
      </w:pPr>
      <w:r>
        <w:rPr>
          <w:rFonts w:ascii="Calibri" w:hAnsi="Calibri"/>
        </w:rPr>
        <w:t>The next small thing I can do is ______.</w:t>
      </w:r>
    </w:p>
    <w:p>
      <w:pPr>
        <w:widowControl w:val="1"/>
      </w:pPr>
      <w:r>
        <w:rPr>
          <w:rFonts w:ascii="Calibri" w:hAnsi="Calibri"/>
        </w:rPr>
        <w:t>Keep the last answer close. You do not need to become a different person. You are learning to meet familiar moments without a cigarette between you and your life.</w:t>
      </w:r>
    </w:p>
    <w:p>
      <w:pPr>
        <w:pStyle w:val="Kicker"/>
        <w:pageBreakBefore/>
        <w:spacing w:before="680"/>
      </w:pPr>
      <w:r>
        <w:rPr>
          <w:rFonts w:ascii="Calibri" w:hAnsi="Calibri"/>
        </w:rPr>
        <w:t>CHAPTER 10</w:t>
      </w:r>
    </w:p>
    <w:p>
      <w:pPr>
        <w:pStyle w:val="Heading1"/>
        <w:keepNext/>
        <w:pageBreakBefore w:val="0"/>
        <w:pBdr>
          <w:bottom w:val="single" w:sz="10" w:space="8" w:color="A52F20"/>
        </w:pBdr>
      </w:pPr>
      <w:r>
        <w:t>The day you stop</w:t>
      </w:r>
    </w:p>
    <w:p>
      <w:pPr>
        <w:widowControl w:val="1"/>
      </w:pPr>
      <w:r>
        <w:rPr>
          <w:rFonts w:ascii="Calibri" w:hAnsi="Calibri"/>
        </w:rPr>
        <w:t>The day you stop does not need to be perfect. It needs a plan that still works when you are tired, irritated, distracted, or unsure.</w:t>
      </w:r>
    </w:p>
    <w:p>
      <w:pPr>
        <w:widowControl w:val="1"/>
      </w:pPr>
      <w:r>
        <w:rPr>
          <w:rFonts w:ascii="Calibri" w:hAnsi="Calibri"/>
        </w:rPr>
        <w:t>Some people choose a firm date. Others cut down before stopping. If you want help choosing an approach, speak with a doctor, pharmacist, or quitline counselor. Quit medicines can help many people, but the right choice depends on your health, the medicines you already take, and your circumstances.</w:t>
      </w:r>
    </w:p>
    <w:p>
      <w:pPr>
        <w:widowControl w:val="1"/>
      </w:pPr>
      <w:r>
        <w:rPr>
          <w:rFonts w:ascii="Calibri" w:hAnsi="Calibri"/>
        </w:rPr>
        <w:t>If you are pregnant or breastfeeding, under 18, taking prescription medicine, or managing a serious physical or mental health condition, ask a doctor or pharmacist before choosing quit medicine. Do not stop or change prescribed medicine because of anything you read here.</w:t>
      </w:r>
    </w:p>
    <w:p>
      <w:pPr>
        <w:pStyle w:val="Heading2"/>
        <w:widowControl w:val="1"/>
      </w:pPr>
      <w:r>
        <w:rPr>
          <w:rFonts w:ascii="Calibri" w:hAnsi="Calibri"/>
        </w:rPr>
        <w:t>A few days before</w:t>
      </w:r>
    </w:p>
    <w:p>
      <w:pPr>
        <w:widowControl w:val="1"/>
      </w:pPr>
      <w:r>
        <w:rPr>
          <w:rFonts w:ascii="Calibri" w:hAnsi="Calibri"/>
        </w:rPr>
        <w:t>Write down why you want to stop. Fear may be one reason, but do not stop there. Think about what you want back.</w:t>
      </w:r>
    </w:p>
    <w:p>
      <w:pPr>
        <w:widowControl w:val="1"/>
      </w:pPr>
      <w:r>
        <w:rPr>
          <w:rFonts w:ascii="Calibri" w:hAnsi="Calibri"/>
        </w:rPr>
        <w:t>Maybe you want to wake without planning the first cigarette. Maybe you want to sit through a meal, finish a film, travel, play with your children, pray, work, laugh, or rest without wondering when you can smoke. Maybe you are tired of hiding the smell. Maybe you want your time to belong to you again.</w:t>
      </w:r>
    </w:p>
    <w:p>
      <w:pPr>
        <w:widowControl w:val="1"/>
      </w:pPr>
      <w:r>
        <w:rPr>
          <w:rFonts w:ascii="Calibri" w:hAnsi="Calibri"/>
        </w:rPr>
        <w:t>Choose reasons that feel true in your own life. Keep them on your phone or on a small card.</w:t>
      </w:r>
    </w:p>
    <w:p>
      <w:pPr>
        <w:widowControl w:val="1"/>
      </w:pPr>
      <w:r>
        <w:rPr>
          <w:rFonts w:ascii="Calibri" w:hAnsi="Calibri"/>
        </w:rPr>
        <w:t>Notice your most predictable cigarettes. "Stress" is too broad to plan for. "Five minutes after the weekly call with my manager" gives you something you can prepare for. So does "the drive home," "coffee before breakfast," or "standing outside with two friends after dinner."</w:t>
      </w:r>
    </w:p>
    <w:p>
      <w:pPr>
        <w:widowControl w:val="1"/>
      </w:pPr>
      <w:r>
        <w:rPr>
          <w:rFonts w:ascii="Calibri" w:hAnsi="Calibri"/>
        </w:rPr>
        <w:t>For each difficult moment, decide what you will do first. Make the action easy enough to use.</w:t>
      </w:r>
    </w:p>
    <w:p>
      <w:pPr>
        <w:widowControl w:val="1"/>
      </w:pPr>
      <w:r>
        <w:rPr>
          <w:rFonts w:ascii="Calibri" w:hAnsi="Calibri"/>
        </w:rPr>
        <w:t>After the work call, I will walk to the kitchen and send one message.</w:t>
      </w:r>
    </w:p>
    <w:p>
      <w:pPr>
        <w:widowControl w:val="1"/>
      </w:pPr>
      <w:r>
        <w:rPr>
          <w:rFonts w:ascii="Calibri" w:hAnsi="Calibri"/>
        </w:rPr>
        <w:t>With coffee, I will sit in a different chair and eat something.</w:t>
      </w:r>
    </w:p>
    <w:p>
      <w:pPr>
        <w:widowControl w:val="1"/>
      </w:pPr>
      <w:r>
        <w:rPr>
          <w:rFonts w:ascii="Calibri" w:hAnsi="Calibri"/>
        </w:rPr>
        <w:t>On the drive home, I will keep water in the car and play an audiobook chosen before I start driving.</w:t>
      </w:r>
    </w:p>
    <w:p>
      <w:pPr>
        <w:widowControl w:val="1"/>
      </w:pPr>
      <w:r>
        <w:rPr>
          <w:rFonts w:ascii="Calibri" w:hAnsi="Calibri"/>
        </w:rPr>
        <w:t>After dinner, I will help clear the table and then take a short walk.</w:t>
      </w:r>
    </w:p>
    <w:p>
      <w:pPr>
        <w:widowControl w:val="1"/>
      </w:pPr>
      <w:r>
        <w:rPr>
          <w:rFonts w:ascii="Calibri" w:hAnsi="Calibri"/>
        </w:rPr>
        <w:t>Tell at least one person when you plan to stop. Ask for something specific. "Call me at 4 p.m." is easier to act on than "Please support me."</w:t>
      </w:r>
    </w:p>
    <w:p>
      <w:pPr>
        <w:widowControl w:val="1"/>
      </w:pPr>
      <w:r>
        <w:rPr>
          <w:rFonts w:ascii="Calibri" w:hAnsi="Calibri"/>
        </w:rPr>
        <w:t>Remove cigarettes, tobacco, ashtrays, and lighters. Look for the packet in the bag, the car, the kitchen drawer, and the place you keep an emergency supply. Clean the spaces where the smell is strongest. Keep nicotine products and medicines away from children and animals. Ask a pharmacist how to dispose of unused medicine or nicotine products safely.</w:t>
      </w:r>
    </w:p>
    <w:p>
      <w:pPr>
        <w:widowControl w:val="1"/>
      </w:pPr>
      <w:r>
        <w:rPr>
          <w:rFonts w:ascii="Calibri" w:hAnsi="Calibri"/>
        </w:rPr>
        <w:t>Do not remove every break from your day. Plan breaks without smoking. Your body and mind still need pauses.</w:t>
      </w:r>
    </w:p>
    <w:p>
      <w:pPr>
        <w:pStyle w:val="Heading2"/>
        <w:widowControl w:val="1"/>
      </w:pPr>
      <w:r>
        <w:rPr>
          <w:rFonts w:ascii="Calibri" w:hAnsi="Calibri"/>
        </w:rPr>
        <w:t>Questions worth asking</w:t>
      </w:r>
    </w:p>
    <w:p>
      <w:pPr>
        <w:keepNext/>
        <w:keepLines/>
        <w:widowControl w:val="1"/>
      </w:pPr>
      <w:r>
        <w:rPr>
          <w:rFonts w:ascii="Calibri" w:hAnsi="Calibri"/>
        </w:rPr>
        <w:t>If you speak with a doctor, pharmacist, or quitline counselor, take a short list:</w:t>
      </w:r>
    </w:p>
    <w:p>
      <w:pPr>
        <w:numPr>
          <w:ilvl w:val="0"/>
          <w:numId w:val="16"/>
        </w:numPr>
        <w:keepLines/>
        <w:widowControl w:val="1"/>
        <w:spacing w:after="60"/>
      </w:pPr>
      <w:r>
        <w:rPr>
          <w:rFonts w:ascii="Calibri" w:hAnsi="Calibri"/>
        </w:rPr>
        <w:t>Which quit options fit my health and smoking pattern?</w:t>
      </w:r>
    </w:p>
    <w:p>
      <w:pPr>
        <w:numPr>
          <w:ilvl w:val="0"/>
          <w:numId w:val="16"/>
        </w:numPr>
        <w:keepLines/>
        <w:widowControl w:val="1"/>
        <w:spacing w:after="60"/>
      </w:pPr>
      <w:r>
        <w:rPr>
          <w:rFonts w:ascii="Calibri" w:hAnsi="Calibri"/>
        </w:rPr>
        <w:t>Could stopping smoking affect any medicine I take?</w:t>
      </w:r>
    </w:p>
    <w:p>
      <w:pPr>
        <w:numPr>
          <w:ilvl w:val="0"/>
          <w:numId w:val="16"/>
        </w:numPr>
        <w:keepLines/>
        <w:widowControl w:val="1"/>
        <w:spacing w:after="60"/>
      </w:pPr>
      <w:r>
        <w:rPr>
          <w:rFonts w:ascii="Calibri" w:hAnsi="Calibri"/>
        </w:rPr>
        <w:t>What side effects or warning signs should I know about?</w:t>
      </w:r>
    </w:p>
    <w:p>
      <w:pPr>
        <w:numPr>
          <w:ilvl w:val="0"/>
          <w:numId w:val="16"/>
        </w:numPr>
        <w:keepLines/>
        <w:widowControl w:val="1"/>
        <w:spacing w:after="60"/>
      </w:pPr>
      <w:r>
        <w:rPr>
          <w:rFonts w:ascii="Calibri" w:hAnsi="Calibri"/>
        </w:rPr>
        <w:t>How should I use the medicine, and for how long?</w:t>
      </w:r>
    </w:p>
    <w:p>
      <w:pPr>
        <w:numPr>
          <w:ilvl w:val="0"/>
          <w:numId w:val="16"/>
        </w:numPr>
        <w:keepLines/>
        <w:widowControl w:val="1"/>
        <w:spacing w:after="60"/>
      </w:pPr>
      <w:r>
        <w:rPr>
          <w:rFonts w:ascii="Calibri" w:hAnsi="Calibri"/>
        </w:rPr>
        <w:t>What should I do if urges remain strong?</w:t>
      </w:r>
    </w:p>
    <w:p>
      <w:pPr>
        <w:numPr>
          <w:ilvl w:val="0"/>
          <w:numId w:val="16"/>
        </w:numPr>
        <w:keepLines/>
        <w:widowControl w:val="1"/>
        <w:spacing w:after="60"/>
      </w:pPr>
      <w:r>
        <w:rPr>
          <w:rFonts w:ascii="Calibri" w:hAnsi="Calibri"/>
        </w:rPr>
        <w:t>Who can I contact if I am struggling?</w:t>
      </w:r>
    </w:p>
    <w:p>
      <w:pPr>
        <w:widowControl w:val="1"/>
      </w:pPr>
      <w:r>
        <w:rPr>
          <w:rFonts w:ascii="Calibri" w:hAnsi="Calibri"/>
        </w:rPr>
        <w:t>Write down the answers in your own words. When the first days feel busy, you should not have to rely on memory.</w:t>
      </w:r>
    </w:p>
    <w:p>
      <w:pPr>
        <w:pStyle w:val="Heading2"/>
        <w:widowControl w:val="1"/>
      </w:pPr>
      <w:r>
        <w:rPr>
          <w:rFonts w:ascii="Calibri" w:hAnsi="Calibri"/>
        </w:rPr>
        <w:t>The final cigarette, if you choose one</w:t>
      </w:r>
    </w:p>
    <w:p>
      <w:pPr>
        <w:widowControl w:val="1"/>
      </w:pPr>
      <w:r>
        <w:rPr>
          <w:rFonts w:ascii="Calibri" w:hAnsi="Calibri"/>
        </w:rPr>
        <w:t>You do not need to turn the final cigarette into a ceremony. Making it beautiful can strengthen the very story you are trying to leave.</w:t>
      </w:r>
    </w:p>
    <w:p>
      <w:pPr>
        <w:widowControl w:val="1"/>
      </w:pPr>
      <w:r>
        <w:rPr>
          <w:rFonts w:ascii="Calibri" w:hAnsi="Calibri"/>
        </w:rPr>
        <w:t>If you choose to notice it, be honest. What happened just before you lit it? What did you expect? How did it feel after the first few moments? What remained unchanged when it was finished?</w:t>
      </w:r>
    </w:p>
    <w:p>
      <w:pPr>
        <w:widowControl w:val="1"/>
      </w:pPr>
      <w:r>
        <w:rPr>
          <w:rFonts w:ascii="Calibri" w:hAnsi="Calibri"/>
        </w:rPr>
        <w:t>There is no need to force disgust or deliver a speech. Put it out safely. Throw away what remains. Then begin the next action you already planned.</w:t>
      </w:r>
    </w:p>
    <w:p>
      <w:pPr>
        <w:widowControl w:val="1"/>
      </w:pPr>
      <w:r>
        <w:rPr>
          <w:rFonts w:ascii="Calibri" w:hAnsi="Calibri"/>
        </w:rPr>
        <w:t>Take a shower. Change the room. Brush your teeth. Call someone. Start the quit medicine exactly as you were told. Put your reasons card where you will see it.</w:t>
      </w:r>
    </w:p>
    <w:p>
      <w:pPr>
        <w:widowControl w:val="1"/>
      </w:pPr>
      <w:r>
        <w:rPr>
          <w:rFonts w:ascii="Calibri" w:hAnsi="Calibri"/>
        </w:rPr>
        <w:t>Once it is out, begin the first action on your plan.</w:t>
      </w:r>
    </w:p>
    <w:p>
      <w:pPr>
        <w:pStyle w:val="Heading2"/>
        <w:widowControl w:val="1"/>
      </w:pPr>
      <w:r>
        <w:rPr>
          <w:rFonts w:ascii="Calibri" w:hAnsi="Calibri"/>
        </w:rPr>
        <w:t>The first hour</w:t>
      </w:r>
    </w:p>
    <w:p>
      <w:pPr>
        <w:widowControl w:val="1"/>
      </w:pPr>
      <w:r>
        <w:rPr>
          <w:rFonts w:ascii="Calibri" w:hAnsi="Calibri"/>
        </w:rPr>
        <w:t>Keep the first hour simple.</w:t>
      </w:r>
    </w:p>
    <w:p>
      <w:pPr>
        <w:widowControl w:val="1"/>
      </w:pPr>
      <w:r>
        <w:rPr>
          <w:rFonts w:ascii="Calibri" w:hAnsi="Calibri"/>
        </w:rPr>
        <w:t>Move to a place where smoking is not allowed. Drink water if you want it. Eat if you are hungry. Start a small task that uses your hands or attention. Avoid sitting in your usual smoking place and trying to decide the rest of your life.</w:t>
      </w:r>
    </w:p>
    <w:p>
      <w:pPr>
        <w:widowControl w:val="1"/>
      </w:pPr>
      <w:r>
        <w:rPr>
          <w:rFonts w:ascii="Calibri" w:hAnsi="Calibri"/>
        </w:rPr>
        <w:t>When an urge appears, say, "I want a cigarette right now." That is more accurate than "I need one."</w:t>
      </w:r>
    </w:p>
    <w:p>
      <w:pPr>
        <w:keepNext/>
        <w:keepLines/>
        <w:widowControl w:val="1"/>
      </w:pPr>
      <w:r>
        <w:rPr>
          <w:rFonts w:ascii="Calibri" w:hAnsi="Calibri"/>
        </w:rPr>
        <w:t>Then try four actions:</w:t>
      </w:r>
    </w:p>
    <w:p>
      <w:pPr>
        <w:numPr>
          <w:ilvl w:val="0"/>
          <w:numId w:val="17"/>
        </w:numPr>
        <w:keepLines/>
        <w:widowControl w:val="1"/>
        <w:spacing w:after="60"/>
      </w:pPr>
      <w:r>
        <w:rPr>
          <w:rFonts w:ascii="Calibri" w:hAnsi="Calibri"/>
        </w:rPr>
        <w:t>Wait a few minutes before doing anything.</w:t>
      </w:r>
    </w:p>
    <w:p>
      <w:pPr>
        <w:numPr>
          <w:ilvl w:val="0"/>
          <w:numId w:val="17"/>
        </w:numPr>
        <w:keepLines/>
        <w:widowControl w:val="1"/>
        <w:spacing w:after="60"/>
      </w:pPr>
      <w:r>
        <w:rPr>
          <w:rFonts w:ascii="Calibri" w:hAnsi="Calibri"/>
        </w:rPr>
        <w:t>Take slow, comfortable breaths. If focusing on breath feels unpleasant, notice sounds or objects around you instead.</w:t>
      </w:r>
    </w:p>
    <w:p>
      <w:pPr>
        <w:numPr>
          <w:ilvl w:val="0"/>
          <w:numId w:val="17"/>
        </w:numPr>
        <w:keepLines/>
        <w:widowControl w:val="1"/>
        <w:spacing w:after="60"/>
      </w:pPr>
      <w:r>
        <w:rPr>
          <w:rFonts w:ascii="Calibri" w:hAnsi="Calibri"/>
        </w:rPr>
        <w:t>Change what you are doing or where you are standing.</w:t>
      </w:r>
    </w:p>
    <w:p>
      <w:pPr>
        <w:numPr>
          <w:ilvl w:val="0"/>
          <w:numId w:val="17"/>
        </w:numPr>
        <w:keepLines/>
        <w:widowControl w:val="1"/>
        <w:spacing w:after="60"/>
      </w:pPr>
      <w:r>
        <w:rPr>
          <w:rFonts w:ascii="Calibri" w:hAnsi="Calibri"/>
        </w:rPr>
        <w:t>Contact the person you chose, or follow the quit plan you prepared.</w:t>
      </w:r>
    </w:p>
    <w:p>
      <w:pPr>
        <w:widowControl w:val="1"/>
      </w:pPr>
      <w:r>
        <w:rPr>
          <w:rFonts w:ascii="Calibri" w:hAnsi="Calibri"/>
        </w:rPr>
        <w:t>An urge may fade and return. You do not have to enjoy it. You only need to avoid treating it like an order.</w:t>
      </w:r>
    </w:p>
    <w:p>
      <w:pPr>
        <w:widowControl w:val="1"/>
      </w:pPr>
      <w:r>
        <w:rPr>
          <w:rFonts w:ascii="Calibri" w:hAnsi="Calibri"/>
        </w:rPr>
        <w:t>If you are driving, keep your attention on the road. Do not text, search for something, write notes, or try an exercise that distracts you. Prepare what you need before the vehicle moves, and pull over safely if you need more help.</w:t>
      </w:r>
    </w:p>
    <w:p>
      <w:pPr>
        <w:pStyle w:val="Heading2"/>
        <w:widowControl w:val="1"/>
      </w:pPr>
      <w:r>
        <w:rPr>
          <w:rFonts w:ascii="Calibri" w:hAnsi="Calibri"/>
        </w:rPr>
        <w:t>The first three days</w:t>
      </w:r>
    </w:p>
    <w:p>
      <w:pPr>
        <w:widowControl w:val="1"/>
      </w:pPr>
      <w:r>
        <w:rPr>
          <w:rFonts w:ascii="Calibri" w:hAnsi="Calibri"/>
        </w:rPr>
        <w:t>Nicotine withdrawal is different for each person. You may have strong urges, irritability, restlessness, trouble concentrating, changes in sleep, low mood, or anxiety. These feelings can be uncomfortable. They do not mean you are doing it wrong.</w:t>
      </w:r>
    </w:p>
    <w:p>
      <w:pPr>
        <w:widowControl w:val="1"/>
      </w:pPr>
      <w:r>
        <w:rPr>
          <w:rFonts w:ascii="Calibri" w:hAnsi="Calibri"/>
        </w:rPr>
        <w:t>Make the days smaller. At a difficult moment, do not ask whether you can live without cigarettes forever. Ask what will help with the next ten minutes.</w:t>
      </w:r>
    </w:p>
    <w:p>
      <w:pPr>
        <w:widowControl w:val="1"/>
      </w:pPr>
      <w:r>
        <w:rPr>
          <w:rFonts w:ascii="Calibri" w:hAnsi="Calibri"/>
        </w:rPr>
        <w:t>Reduce decisions where you can. Prepare simple food. Choose your route before leaving. Keep the day lighter if that is possible. Postpone an argument that does not need to happen now. Let people know that you may be quieter or more irritable for a few days.</w:t>
      </w:r>
    </w:p>
    <w:p>
      <w:pPr>
        <w:widowControl w:val="1"/>
      </w:pPr>
      <w:r>
        <w:rPr>
          <w:rFonts w:ascii="Calibri" w:hAnsi="Calibri"/>
        </w:rPr>
        <w:t>Use quit medicine exactly as directed. Do not stop early or take more because the day feels better or worse. If you have questions, call the doctor, pharmacist, or service that helped you choose it.</w:t>
      </w:r>
    </w:p>
    <w:p>
      <w:pPr>
        <w:widowControl w:val="1"/>
      </w:pPr>
      <w:r>
        <w:rPr>
          <w:rFonts w:ascii="Calibri" w:hAnsi="Calibri"/>
        </w:rPr>
        <w:t>Notice the difference between an urge and another need. Hunger, tiredness, anger, loneliness, and nicotine withdrawal can arrive together. The answer may be food, sleep, a conversation, a walk, or help with the withdrawal.</w:t>
      </w:r>
    </w:p>
    <w:p>
      <w:pPr>
        <w:widowControl w:val="1"/>
      </w:pPr>
      <w:r>
        <w:rPr>
          <w:rFonts w:ascii="Calibri" w:hAnsi="Calibri"/>
        </w:rPr>
        <w:t>If your symptoms feel severe, frighten you, or keep getting worse, contact a health professional. If you think you may harm yourself or you have serious physical symptoms, seek urgent help where you live.</w:t>
      </w:r>
    </w:p>
    <w:p>
      <w:pPr>
        <w:pStyle w:val="Heading2"/>
        <w:widowControl w:val="1"/>
      </w:pPr>
      <w:r>
        <w:rPr>
          <w:rFonts w:ascii="Calibri" w:hAnsi="Calibri"/>
        </w:rPr>
        <w:t>The first week</w:t>
      </w:r>
    </w:p>
    <w:p>
      <w:pPr>
        <w:widowControl w:val="1"/>
      </w:pPr>
      <w:r>
        <w:rPr>
          <w:rFonts w:ascii="Calibri" w:hAnsi="Calibri"/>
        </w:rPr>
        <w:t>The first week introduces you to routines that used to include smoking.</w:t>
      </w:r>
    </w:p>
    <w:p>
      <w:pPr>
        <w:widowControl w:val="1"/>
      </w:pPr>
      <w:r>
        <w:rPr>
          <w:rFonts w:ascii="Calibri" w:hAnsi="Calibri"/>
        </w:rPr>
        <w:t>Coffee may feel unfinished. Change the place, the cup, the timing, or what you do with it.</w:t>
      </w:r>
    </w:p>
    <w:p>
      <w:pPr>
        <w:widowControl w:val="1"/>
      </w:pPr>
      <w:r>
        <w:rPr>
          <w:rFonts w:ascii="Calibri" w:hAnsi="Calibri"/>
        </w:rPr>
        <w:t>Work may feel relentless because the cigarette used to give you permission to stop. Keep the break. Step away for three minutes, look outside, stretch, or make tea.</w:t>
      </w:r>
    </w:p>
    <w:p>
      <w:pPr>
        <w:widowControl w:val="1"/>
      </w:pPr>
      <w:r>
        <w:rPr>
          <w:rFonts w:ascii="Calibri" w:hAnsi="Calibri"/>
        </w:rPr>
        <w:t>Driving may wake up an automatic reach for a cigarette. Clean the car and keep both hands available for driving.</w:t>
      </w:r>
    </w:p>
    <w:p>
      <w:pPr>
        <w:widowControl w:val="1"/>
      </w:pPr>
      <w:r>
        <w:rPr>
          <w:rFonts w:ascii="Calibri" w:hAnsi="Calibri"/>
        </w:rPr>
        <w:t>Social plans may need an exit. Decide before you arrive how you will respond to an offer and how you will leave if the smoking area becomes too difficult.</w:t>
      </w:r>
    </w:p>
    <w:p>
      <w:pPr>
        <w:widowControl w:val="1"/>
      </w:pPr>
      <w:r>
        <w:rPr>
          <w:rFonts w:ascii="Calibri" w:hAnsi="Calibri"/>
        </w:rPr>
        <w:t>Alcohol makes it harder for some people to follow a plan. You may decide to avoid it for a while or drink less. Arrange your journey home before the event.</w:t>
      </w:r>
    </w:p>
    <w:p>
      <w:pPr>
        <w:widowControl w:val="1"/>
      </w:pPr>
      <w:r>
        <w:rPr>
          <w:rFonts w:ascii="Calibri" w:hAnsi="Calibri"/>
        </w:rPr>
        <w:t>Lonely evenings may need another person, not another distraction. Send the message early: "This is a hard hour. Can you talk for ten minutes?"</w:t>
      </w:r>
    </w:p>
    <w:p>
      <w:pPr>
        <w:widowControl w:val="1"/>
      </w:pPr>
      <w:r>
        <w:rPr>
          <w:rFonts w:ascii="Calibri" w:hAnsi="Calibri"/>
        </w:rPr>
        <w:t>The first version of a new routine often feels clumsy. Give it a few tries before deciding it does not work.</w:t>
      </w:r>
    </w:p>
    <w:p>
      <w:pPr>
        <w:pStyle w:val="Heading2"/>
        <w:widowControl w:val="1"/>
      </w:pPr>
      <w:r>
        <w:rPr>
          <w:rFonts w:ascii="Calibri" w:hAnsi="Calibri"/>
        </w:rPr>
        <w:t>If you smoke</w:t>
      </w:r>
    </w:p>
    <w:p>
      <w:pPr>
        <w:widowControl w:val="1"/>
      </w:pPr>
      <w:r>
        <w:rPr>
          <w:rFonts w:ascii="Calibri" w:hAnsi="Calibri"/>
        </w:rPr>
        <w:t>If you smoke one cigarette, put it out. Do not wait for Monday, next month, or another perfect date.</w:t>
      </w:r>
    </w:p>
    <w:p>
      <w:pPr>
        <w:widowControl w:val="1"/>
      </w:pPr>
      <w:r>
        <w:rPr>
          <w:rFonts w:ascii="Calibri" w:hAnsi="Calibri"/>
        </w:rPr>
        <w:t>Ask what happened in the hour before it. Were you hungry, drinking, exhausted, angry, or around someone who offered you one? Was your quit medicine unavailable or not used as directed? Did you try to handle a difficult situation alone?</w:t>
      </w:r>
    </w:p>
    <w:p>
      <w:pPr>
        <w:widowControl w:val="1"/>
      </w:pPr>
      <w:r>
        <w:rPr>
          <w:rFonts w:ascii="Calibri" w:hAnsi="Calibri"/>
        </w:rPr>
        <w:t>Make one change. Remove the remaining cigarettes. Call someone. Leave the place. Eat. Rest. Ask for help with your quit plan.</w:t>
      </w:r>
    </w:p>
    <w:p>
      <w:pPr>
        <w:widowControl w:val="1"/>
      </w:pPr>
      <w:r>
        <w:rPr>
          <w:rFonts w:ascii="Calibri" w:hAnsi="Calibri"/>
        </w:rPr>
        <w:t>One cigarette does not have to become a packet. A hard afternoon does not have to become a year.</w:t>
      </w:r>
    </w:p>
    <w:p>
      <w:pPr>
        <w:keepNext/>
        <w:keepLines/>
        <w:widowControl w:val="1"/>
      </w:pPr>
      <w:r>
        <w:rPr>
          <w:rFonts w:ascii="Calibri" w:hAnsi="Calibri"/>
        </w:rPr>
        <w:t>Write this before your quit day:</w:t>
      </w:r>
    </w:p>
    <w:p>
      <w:pPr>
        <w:pStyle w:val="ResponsePrompt"/>
        <w:keepNext/>
        <w:keepLines/>
      </w:pPr>
      <w:r>
        <w:rPr>
          <w:rFonts w:ascii="Calibri" w:hAnsi="Calibri"/>
        </w:rPr>
        <w:t>My stop date and time: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three reasons I want to remember:</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three moments most likely to be difficult: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will do in each moment: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I will contact: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will do if I smoke: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Keep this where you can find it quickly. The plan is there for the moment when clear thinking becomes harder.</w:t>
      </w:r>
    </w:p>
    <w:p>
      <w:pPr>
        <w:pStyle w:val="Kicker"/>
        <w:pageBreakBefore/>
        <w:spacing w:before="680"/>
      </w:pPr>
      <w:r>
        <w:rPr>
          <w:rFonts w:ascii="Calibri" w:hAnsi="Calibri"/>
        </w:rPr>
        <w:t>CHAPTER 11</w:t>
      </w:r>
    </w:p>
    <w:p>
      <w:pPr>
        <w:pStyle w:val="Heading1"/>
        <w:keepNext/>
        <w:pageBreakBefore w:val="0"/>
        <w:pBdr>
          <w:bottom w:val="single" w:sz="10" w:space="8" w:color="A52F20"/>
        </w:pBdr>
      </w:pPr>
      <w:r>
        <w:t>The days after</w:t>
      </w:r>
    </w:p>
    <w:p>
      <w:pPr>
        <w:widowControl w:val="1"/>
      </w:pPr>
      <w:r>
        <w:rPr>
          <w:rFonts w:ascii="Calibri" w:hAnsi="Calibri"/>
        </w:rPr>
        <w:t>At first, not smoking can take up a lot of space in your mind. You count hours. You notice every smell. Coffee, meals, work, driving, and sleep all seem to carry a reminder.</w:t>
      </w:r>
    </w:p>
    <w:p>
      <w:pPr>
        <w:widowControl w:val="1"/>
      </w:pPr>
      <w:r>
        <w:rPr>
          <w:rFonts w:ascii="Calibri" w:hAnsi="Calibri"/>
        </w:rPr>
        <w:t>Then other things begin to return to the foreground.</w:t>
      </w:r>
    </w:p>
    <w:p>
      <w:pPr>
        <w:widowControl w:val="1"/>
      </w:pPr>
      <w:r>
        <w:rPr>
          <w:rFonts w:ascii="Calibri" w:hAnsi="Calibri"/>
        </w:rPr>
        <w:t>You finish a conversation without thinking about leaving. You drive somewhere and realise your hand never searched for the packet. You drink coffee and notice the coffee. These moments may arrive quietly. Let them be ordinary.</w:t>
      </w:r>
    </w:p>
    <w:p>
      <w:pPr>
        <w:widowControl w:val="1"/>
      </w:pPr>
      <w:r>
        <w:rPr>
          <w:rFonts w:ascii="Calibri" w:hAnsi="Calibri"/>
        </w:rPr>
        <w:t>You should not have to spend every day heroically refusing a cigarette. Over time, smoking can take up less space until it stops arranging your day.</w:t>
      </w:r>
    </w:p>
    <w:p>
      <w:pPr>
        <w:pStyle w:val="Heading2"/>
        <w:widowControl w:val="1"/>
      </w:pPr>
      <w:r>
        <w:rPr>
          <w:rFonts w:ascii="Calibri" w:hAnsi="Calibri"/>
        </w:rPr>
        <w:t>Keep the pause</w:t>
      </w:r>
    </w:p>
    <w:p>
      <w:pPr>
        <w:widowControl w:val="1"/>
      </w:pPr>
      <w:r>
        <w:rPr>
          <w:rFonts w:ascii="Calibri" w:hAnsi="Calibri"/>
        </w:rPr>
        <w:t>Many people miss the break as much as the cigarette.</w:t>
      </w:r>
    </w:p>
    <w:p>
      <w:pPr>
        <w:widowControl w:val="1"/>
      </w:pPr>
      <w:r>
        <w:rPr>
          <w:rFonts w:ascii="Calibri" w:hAnsi="Calibri"/>
        </w:rPr>
        <w:t>Smoking gave you a reason to step outside, stop working, stand alone, join someone, or avoid a difficult silence. If quitting also removes every pause, the day can become harder than it needs to be.</w:t>
      </w:r>
    </w:p>
    <w:p>
      <w:pPr>
        <w:widowControl w:val="1"/>
      </w:pPr>
      <w:r>
        <w:rPr>
          <w:rFonts w:ascii="Calibri" w:hAnsi="Calibri"/>
        </w:rPr>
        <w:t>Keep the pause and change what happens inside it.</w:t>
      </w:r>
    </w:p>
    <w:p>
      <w:pPr>
        <w:widowControl w:val="1"/>
      </w:pPr>
      <w:r>
        <w:rPr>
          <w:rFonts w:ascii="Calibri" w:hAnsi="Calibri"/>
        </w:rPr>
        <w:t>Walk to a window. Make tea. Sit outside without cigarettes. Stretch. Listen to one song in the car before entering the house. Write down the next thing you need to do. Call someone. Spend one quiet minute doing nothing.</w:t>
      </w:r>
    </w:p>
    <w:p>
      <w:pPr>
        <w:widowControl w:val="1"/>
      </w:pPr>
      <w:r>
        <w:rPr>
          <w:rFonts w:ascii="Calibri" w:hAnsi="Calibri"/>
        </w:rPr>
        <w:t>Rest does not have to be earned by smoking.</w:t>
      </w:r>
    </w:p>
    <w:p>
      <w:pPr>
        <w:pStyle w:val="Heading2"/>
        <w:widowControl w:val="1"/>
      </w:pPr>
      <w:r>
        <w:rPr>
          <w:rFonts w:ascii="Calibri" w:hAnsi="Calibri"/>
        </w:rPr>
        <w:t>Rewrite the moments that repeat</w:t>
      </w:r>
    </w:p>
    <w:p>
      <w:pPr>
        <w:widowControl w:val="1"/>
      </w:pPr>
      <w:r>
        <w:rPr>
          <w:rFonts w:ascii="Calibri" w:hAnsi="Calibri"/>
        </w:rPr>
        <w:t>Think about the situations that return each week.</w:t>
      </w:r>
    </w:p>
    <w:p>
      <w:pPr>
        <w:widowControl w:val="1"/>
      </w:pPr>
      <w:r>
        <w:rPr>
          <w:rFonts w:ascii="Calibri" w:hAnsi="Calibri"/>
        </w:rPr>
        <w:t>Coffee needs a new companion. It might be breakfast, music, a different chair, or a short note about the day.</w:t>
      </w:r>
    </w:p>
    <w:p>
      <w:pPr>
        <w:widowControl w:val="1"/>
      </w:pPr>
      <w:r>
        <w:rPr>
          <w:rFonts w:ascii="Calibri" w:hAnsi="Calibri"/>
        </w:rPr>
        <w:t>Work needs clear stopping points. Break a large task into smaller pieces. Decide when you will stand up. Give the day an ending instead of stretching work and cigarettes late into the night.</w:t>
      </w:r>
    </w:p>
    <w:p>
      <w:pPr>
        <w:widowControl w:val="1"/>
      </w:pPr>
      <w:r>
        <w:rPr>
          <w:rFonts w:ascii="Calibri" w:hAnsi="Calibri"/>
        </w:rPr>
        <w:t>Stress needs an answer that fits. A problem may need action. Pain may need company. Anger may need a boundary. Exhaustion may need sleep. No single trick can do all of those jobs.</w:t>
      </w:r>
    </w:p>
    <w:p>
      <w:pPr>
        <w:widowControl w:val="1"/>
      </w:pPr>
      <w:r>
        <w:rPr>
          <w:rFonts w:ascii="Calibri" w:hAnsi="Calibri"/>
        </w:rPr>
        <w:t>Celebrations need a plan for offers and smoking areas. Stay close to someone who knows you are stopping. Hold a drink or food if that helps your hands. Leave before you are worn down.</w:t>
      </w:r>
    </w:p>
    <w:p>
      <w:pPr>
        <w:widowControl w:val="1"/>
      </w:pPr>
      <w:r>
        <w:rPr>
          <w:rFonts w:ascii="Calibri" w:hAnsi="Calibri"/>
        </w:rPr>
        <w:t>Loneliness needs honest attention. A film or game may carry you through one urge. If the loneliness keeps returning, contact someone. The need is real even when the cigarette was the wrong answer.</w:t>
      </w:r>
    </w:p>
    <w:p>
      <w:pPr>
        <w:widowControl w:val="1"/>
      </w:pPr>
      <w:r>
        <w:rPr>
          <w:rFonts w:ascii="Calibri" w:hAnsi="Calibri"/>
        </w:rPr>
        <w:t>Do not reject a new routine because it feels different from smoking. Give it the chance to carry you through the moment.</w:t>
      </w:r>
    </w:p>
    <w:p>
      <w:pPr>
        <w:pStyle w:val="Heading2"/>
        <w:widowControl w:val="1"/>
      </w:pPr>
      <w:r>
        <w:rPr>
          <w:rFonts w:ascii="Calibri" w:hAnsi="Calibri"/>
        </w:rPr>
        <w:t>Notice more than the counter</w:t>
      </w:r>
    </w:p>
    <w:p>
      <w:pPr>
        <w:widowControl w:val="1"/>
      </w:pPr>
      <w:r>
        <w:rPr>
          <w:rFonts w:ascii="Calibri" w:hAnsi="Calibri"/>
        </w:rPr>
        <w:t>Counting smoke-free time can feel good. Use it if it encourages you. Just do not let one number tell the whole story.</w:t>
      </w:r>
    </w:p>
    <w:p>
      <w:pPr>
        <w:keepNext/>
        <w:keepLines/>
        <w:widowControl w:val="1"/>
      </w:pPr>
      <w:r>
        <w:rPr>
          <w:rFonts w:ascii="Calibri" w:hAnsi="Calibri"/>
        </w:rPr>
        <w:t>Also notice what you have learned:</w:t>
      </w:r>
    </w:p>
    <w:p>
      <w:pPr>
        <w:numPr>
          <w:ilvl w:val="0"/>
          <w:numId w:val="18"/>
        </w:numPr>
        <w:keepLines/>
        <w:widowControl w:val="1"/>
        <w:spacing w:after="60"/>
      </w:pPr>
      <w:r>
        <w:rPr>
          <w:rFonts w:ascii="Calibri" w:hAnsi="Calibri"/>
        </w:rPr>
        <w:t>the urge you waited through</w:t>
      </w:r>
    </w:p>
    <w:p>
      <w:pPr>
        <w:numPr>
          <w:ilvl w:val="0"/>
          <w:numId w:val="18"/>
        </w:numPr>
        <w:keepLines/>
        <w:widowControl w:val="1"/>
        <w:spacing w:after="60"/>
      </w:pPr>
      <w:r>
        <w:rPr>
          <w:rFonts w:ascii="Calibri" w:hAnsi="Calibri"/>
        </w:rPr>
        <w:t>the offer you refused</w:t>
      </w:r>
    </w:p>
    <w:p>
      <w:pPr>
        <w:numPr>
          <w:ilvl w:val="0"/>
          <w:numId w:val="18"/>
        </w:numPr>
        <w:keepLines/>
        <w:widowControl w:val="1"/>
        <w:spacing w:after="60"/>
      </w:pPr>
      <w:r>
        <w:rPr>
          <w:rFonts w:ascii="Calibri" w:hAnsi="Calibri"/>
        </w:rPr>
        <w:t>the difficult drive you completed</w:t>
      </w:r>
    </w:p>
    <w:p>
      <w:pPr>
        <w:numPr>
          <w:ilvl w:val="0"/>
          <w:numId w:val="18"/>
        </w:numPr>
        <w:keepLines/>
        <w:widowControl w:val="1"/>
        <w:spacing w:after="60"/>
      </w:pPr>
      <w:r>
        <w:rPr>
          <w:rFonts w:ascii="Calibri" w:hAnsi="Calibri"/>
        </w:rPr>
        <w:t>the person you called</w:t>
      </w:r>
    </w:p>
    <w:p>
      <w:pPr>
        <w:numPr>
          <w:ilvl w:val="0"/>
          <w:numId w:val="18"/>
        </w:numPr>
        <w:keepLines/>
        <w:widowControl w:val="1"/>
        <w:spacing w:after="60"/>
      </w:pPr>
      <w:r>
        <w:rPr>
          <w:rFonts w:ascii="Calibri" w:hAnsi="Calibri"/>
        </w:rPr>
        <w:t>the break you kept without smoking</w:t>
      </w:r>
    </w:p>
    <w:p>
      <w:pPr>
        <w:numPr>
          <w:ilvl w:val="0"/>
          <w:numId w:val="18"/>
        </w:numPr>
        <w:keepLines/>
        <w:widowControl w:val="1"/>
        <w:spacing w:after="60"/>
      </w:pPr>
      <w:r>
        <w:rPr>
          <w:rFonts w:ascii="Calibri" w:hAnsi="Calibri"/>
        </w:rPr>
        <w:t>the morning you restarted instead of hiding</w:t>
      </w:r>
    </w:p>
    <w:p>
      <w:pPr>
        <w:widowControl w:val="1"/>
      </w:pPr>
      <w:r>
        <w:rPr>
          <w:rFonts w:ascii="Calibri" w:hAnsi="Calibri"/>
        </w:rPr>
        <w:t>If you smoke and the counter restarts, those lessons remain. Write them down. They are part of how the next attempt becomes stronger.</w:t>
      </w:r>
    </w:p>
    <w:p>
      <w:pPr>
        <w:widowControl w:val="1"/>
      </w:pPr>
      <w:r>
        <w:rPr>
          <w:rFonts w:ascii="Calibri" w:hAnsi="Calibri"/>
        </w:rPr>
        <w:t>Celebrate milestones in ways that fit your life. Cook something you like, take a walk, see a friend, borrow a book, sleep late, or use some of the money you saved for something you have been putting off. The reward does not have to be impressive. It only has to feel like care.</w:t>
      </w:r>
    </w:p>
    <w:p>
      <w:pPr>
        <w:pStyle w:val="Heading2"/>
        <w:widowControl w:val="1"/>
      </w:pPr>
      <w:r>
        <w:rPr>
          <w:rFonts w:ascii="Calibri" w:hAnsi="Calibri"/>
        </w:rPr>
        <w:t>When an old thought returns</w:t>
      </w:r>
    </w:p>
    <w:p>
      <w:pPr>
        <w:widowControl w:val="1"/>
      </w:pPr>
      <w:r>
        <w:rPr>
          <w:rFonts w:ascii="Calibri" w:hAnsi="Calibri"/>
        </w:rPr>
        <w:t>Weeks or months later, you may suddenly think, "One would be nice. I could control it now."</w:t>
      </w:r>
    </w:p>
    <w:p>
      <w:pPr>
        <w:widowControl w:val="1"/>
      </w:pPr>
      <w:r>
        <w:rPr>
          <w:rFonts w:ascii="Calibri" w:hAnsi="Calibri"/>
        </w:rPr>
        <w:t>Do not panic, and do not spend an hour arguing with yourself. Look at the moment.</w:t>
      </w:r>
    </w:p>
    <w:p>
      <w:pPr>
        <w:widowControl w:val="1"/>
      </w:pPr>
      <w:r>
        <w:rPr>
          <w:rFonts w:ascii="Calibri" w:hAnsi="Calibri"/>
        </w:rPr>
        <w:t>Are you tired? Celebrating? Missing someone? Trying to fit in? Remembering an old version of yourself? Wanting a break?</w:t>
      </w:r>
    </w:p>
    <w:p>
      <w:pPr>
        <w:widowControl w:val="1"/>
      </w:pPr>
      <w:r>
        <w:rPr>
          <w:rFonts w:ascii="Calibri" w:hAnsi="Calibri"/>
        </w:rPr>
        <w:t>Ask what one cigarette would really change after the first few minutes. Then answer the actual need if you can. Leave the place, eat, rest, call someone, or take the break.</w:t>
      </w:r>
    </w:p>
    <w:p>
      <w:pPr>
        <w:widowControl w:val="1"/>
      </w:pPr>
      <w:r>
        <w:rPr>
          <w:rFonts w:ascii="Calibri" w:hAnsi="Calibri"/>
        </w:rPr>
        <w:t>You do not have to test your progress by smoking again.</w:t>
      </w:r>
    </w:p>
    <w:p>
      <w:pPr>
        <w:pStyle w:val="Heading2"/>
        <w:widowControl w:val="1"/>
      </w:pPr>
      <w:r>
        <w:rPr>
          <w:rFonts w:ascii="Calibri" w:hAnsi="Calibri"/>
        </w:rPr>
        <w:t>If a lapse happens</w:t>
      </w:r>
    </w:p>
    <w:p>
      <w:pPr>
        <w:widowControl w:val="1"/>
      </w:pPr>
      <w:r>
        <w:rPr>
          <w:rFonts w:ascii="Calibri" w:hAnsi="Calibri"/>
        </w:rPr>
        <w:t>Review it when you are calm enough to learn from it.</w:t>
      </w:r>
    </w:p>
    <w:p>
      <w:pPr>
        <w:widowControl w:val="1"/>
      </w:pPr>
      <w:r>
        <w:rPr>
          <w:rFonts w:ascii="Calibri" w:hAnsi="Calibri"/>
        </w:rPr>
        <w:t>Where were you?</w:t>
      </w:r>
    </w:p>
    <w:p>
      <w:pPr>
        <w:widowControl w:val="1"/>
      </w:pPr>
      <w:r>
        <w:rPr>
          <w:rFonts w:ascii="Calibri" w:hAnsi="Calibri"/>
        </w:rPr>
        <w:t>Who was there?</w:t>
      </w:r>
    </w:p>
    <w:p>
      <w:pPr>
        <w:widowControl w:val="1"/>
      </w:pPr>
      <w:r>
        <w:rPr>
          <w:rFonts w:ascii="Calibri" w:hAnsi="Calibri"/>
        </w:rPr>
        <w:t>What happened in the previous hour?</w:t>
      </w:r>
    </w:p>
    <w:p>
      <w:pPr>
        <w:widowControl w:val="1"/>
      </w:pPr>
      <w:r>
        <w:rPr>
          <w:rFonts w:ascii="Calibri" w:hAnsi="Calibri"/>
        </w:rPr>
        <w:t>What did you feel in your body?</w:t>
      </w:r>
    </w:p>
    <w:p>
      <w:pPr>
        <w:widowControl w:val="1"/>
      </w:pPr>
      <w:r>
        <w:rPr>
          <w:rFonts w:ascii="Calibri" w:hAnsi="Calibri"/>
        </w:rPr>
        <w:t>What thought made the cigarette seem reasonable?</w:t>
      </w:r>
    </w:p>
    <w:p>
      <w:pPr>
        <w:widowControl w:val="1"/>
      </w:pPr>
      <w:r>
        <w:rPr>
          <w:rFonts w:ascii="Calibri" w:hAnsi="Calibri"/>
        </w:rPr>
        <w:t>What was the earliest moment when something could have changed?</w:t>
      </w:r>
    </w:p>
    <w:p>
      <w:pPr>
        <w:widowControl w:val="1"/>
      </w:pPr>
      <w:r>
        <w:rPr>
          <w:rFonts w:ascii="Calibri" w:hAnsi="Calibri"/>
        </w:rPr>
        <w:t>What help was missing?</w:t>
      </w:r>
    </w:p>
    <w:p>
      <w:pPr>
        <w:widowControl w:val="1"/>
      </w:pPr>
      <w:r>
        <w:rPr>
          <w:rFonts w:ascii="Calibri" w:hAnsi="Calibri"/>
        </w:rPr>
        <w:t>Choose one adjustment. You might avoid alcohol at the next event, eat before the late commute, keep your quit medicine available as directed, call someone after conflict, or ask a friend not to smoke beside you.</w:t>
      </w:r>
    </w:p>
    <w:p>
      <w:pPr>
        <w:widowControl w:val="1"/>
      </w:pPr>
      <w:r>
        <w:rPr>
          <w:rFonts w:ascii="Calibri" w:hAnsi="Calibri"/>
        </w:rPr>
        <w:t>Write only enough to make the next difficult moment easier.</w:t>
      </w:r>
    </w:p>
    <w:p>
      <w:pPr>
        <w:pStyle w:val="Heading2"/>
        <w:widowControl w:val="1"/>
      </w:pPr>
      <w:r>
        <w:rPr>
          <w:rFonts w:ascii="Calibri" w:hAnsi="Calibri"/>
        </w:rPr>
        <w:t>Look after the rest of your life</w:t>
      </w:r>
    </w:p>
    <w:p>
      <w:pPr>
        <w:widowControl w:val="1"/>
      </w:pPr>
      <w:r>
        <w:rPr>
          <w:rFonts w:ascii="Calibri" w:hAnsi="Calibri"/>
        </w:rPr>
        <w:t>Quitting can affect mood, sleep, concentration, and energy, especially early on. Smoking may also have covered anxiety, depression, grief, trauma, or heavy stress for a few minutes at a time. When the smoke is gone, those feelings may need proper attention.</w:t>
      </w:r>
    </w:p>
    <w:p>
      <w:pPr>
        <w:widowControl w:val="1"/>
      </w:pPr>
      <w:r>
        <w:rPr>
          <w:rFonts w:ascii="Calibri" w:hAnsi="Calibri"/>
        </w:rPr>
        <w:t>Speak with a health professional if low mood, anxiety, agitation, or trouble sleeping feels severe or keeps getting worse. Seek urgent help if you think you may harm yourself or you have serious physical symptoms.</w:t>
      </w:r>
    </w:p>
    <w:p>
      <w:pPr>
        <w:widowControl w:val="1"/>
      </w:pPr>
      <w:r>
        <w:rPr>
          <w:rFonts w:ascii="Calibri" w:hAnsi="Calibri"/>
        </w:rPr>
        <w:t>You may need more than a smoking plan. Better sleep, medical care, counseling, financial help, relationship boundaries, or a change at work may matter too. Quitting can reveal needs that were already there. You are allowed to take them seriously.</w:t>
      </w:r>
    </w:p>
    <w:p>
      <w:pPr>
        <w:widowControl w:val="1"/>
      </w:pPr>
      <w:r>
        <w:rPr>
          <w:rFonts w:ascii="Calibri" w:hAnsi="Calibri"/>
        </w:rPr>
        <w:t>Be alert to the urge to replace smoking with another habit that takes over your time, money, food, sleep, or peace of mind. You do not need to fear pleasure. Just notice when something begins to feel less like a choice and more like an escape.</w:t>
      </w:r>
    </w:p>
    <w:p>
      <w:pPr>
        <w:pStyle w:val="Heading2"/>
        <w:widowControl w:val="1"/>
      </w:pPr>
      <w:r>
        <w:rPr>
          <w:rFonts w:ascii="Calibri" w:hAnsi="Calibri"/>
        </w:rPr>
        <w:t>Your first month</w:t>
      </w:r>
    </w:p>
    <w:p>
      <w:pPr>
        <w:keepNext/>
        <w:keepLines/>
        <w:widowControl w:val="1"/>
      </w:pPr>
      <w:r>
        <w:rPr>
          <w:rFonts w:ascii="Calibri" w:hAnsi="Calibri"/>
        </w:rPr>
        <w:t>Once a week, take ten quiet minutes and ask:</w:t>
      </w:r>
    </w:p>
    <w:p>
      <w:pPr>
        <w:widowControl w:val="1"/>
      </w:pPr>
      <w:r>
        <w:rPr>
          <w:rFonts w:ascii="Calibri" w:hAnsi="Calibri"/>
        </w:rPr>
        <w:t>What was the hardest moment?</w:t>
      </w:r>
    </w:p>
    <w:p>
      <w:pPr>
        <w:widowControl w:val="1"/>
      </w:pPr>
      <w:r>
        <w:rPr>
          <w:rFonts w:ascii="Calibri" w:hAnsi="Calibri"/>
        </w:rPr>
        <w:t>What helped, even a little?</w:t>
      </w:r>
    </w:p>
    <w:p>
      <w:pPr>
        <w:widowControl w:val="1"/>
      </w:pPr>
      <w:r>
        <w:rPr>
          <w:rFonts w:ascii="Calibri" w:hAnsi="Calibri"/>
        </w:rPr>
        <w:t>Which routine still needs work?</w:t>
      </w:r>
    </w:p>
    <w:p>
      <w:pPr>
        <w:widowControl w:val="1"/>
      </w:pPr>
      <w:r>
        <w:rPr>
          <w:rFonts w:ascii="Calibri" w:hAnsi="Calibri"/>
        </w:rPr>
        <w:t>Who should I contact this week?</w:t>
      </w:r>
    </w:p>
    <w:p>
      <w:pPr>
        <w:widowControl w:val="1"/>
      </w:pPr>
      <w:r>
        <w:rPr>
          <w:rFonts w:ascii="Calibri" w:hAnsi="Calibri"/>
        </w:rPr>
        <w:t>Is my quit medicine being used as directed, and do I have questions?</w:t>
      </w:r>
    </w:p>
    <w:p>
      <w:pPr>
        <w:widowControl w:val="1"/>
      </w:pPr>
      <w:r>
        <w:rPr>
          <w:rFonts w:ascii="Calibri" w:hAnsi="Calibri"/>
        </w:rPr>
        <w:t>What is one change I will make before the next difficult moment?</w:t>
      </w:r>
    </w:p>
    <w:p>
      <w:pPr>
        <w:widowControl w:val="1"/>
      </w:pPr>
      <w:r>
        <w:rPr>
          <w:rFonts w:ascii="Calibri" w:hAnsi="Calibri"/>
        </w:rPr>
        <w:t>Keep the review short. You are not writing a report on yourself. You are staying close enough to notice what needs attention.</w:t>
      </w:r>
    </w:p>
    <w:p>
      <w:pPr>
        <w:widowControl w:val="1"/>
      </w:pPr>
      <w:r>
        <w:rPr>
          <w:rFonts w:ascii="Calibri" w:hAnsi="Calibri"/>
        </w:rPr>
        <w:t>Plan for the events you already know are coming: travel, a celebration, a deadline, family conflict, illness, or a meeting with people who smoke. Decide who you will contact and how you will leave if you need to.</w:t>
      </w:r>
    </w:p>
    <w:p>
      <w:pPr>
        <w:widowControl w:val="1"/>
      </w:pPr>
      <w:r>
        <w:rPr>
          <w:rFonts w:ascii="Calibri" w:hAnsi="Calibri"/>
        </w:rPr>
        <w:t>There may be a morning when you finish your coffee and realise you never thought about smoking. You might notice at lunch. You might not notice at all. Life becomes larger, and the cigarette becomes smaller.</w:t>
      </w:r>
    </w:p>
    <w:p>
      <w:pPr>
        <w:widowControl w:val="1"/>
      </w:pPr>
      <w:r>
        <w:rPr>
          <w:rFonts w:ascii="Calibri" w:hAnsi="Calibri"/>
        </w:rPr>
        <w:t>If today is difficult, stay with today. If you smoke, come back to the next decision. You have not lost the days behind you.</w:t>
      </w:r>
    </w:p>
    <w:p>
      <w:pPr>
        <w:pStyle w:val="Kicker"/>
        <w:pageBreakBefore/>
        <w:spacing w:before="680"/>
      </w:pPr>
      <w:r>
        <w:rPr>
          <w:rFonts w:ascii="Calibri" w:hAnsi="Calibri"/>
        </w:rPr>
        <w:t>CHAPTER 12</w:t>
      </w:r>
    </w:p>
    <w:p>
      <w:pPr>
        <w:pStyle w:val="Heading1"/>
        <w:keepNext/>
        <w:pageBreakBefore w:val="0"/>
        <w:pBdr>
          <w:bottom w:val="single" w:sz="10" w:space="8" w:color="A52F20"/>
        </w:pBdr>
      </w:pPr>
      <w:r>
        <w:t>If someone you love wants to quit</w:t>
      </w:r>
    </w:p>
    <w:p>
      <w:pPr>
        <w:widowControl w:val="1"/>
      </w:pPr>
      <w:r>
        <w:rPr>
          <w:rFonts w:ascii="Calibri" w:hAnsi="Calibri"/>
        </w:rPr>
        <w:t>Watching someone struggle with smoking can make you want to push, warn, bargain, or take control. That usually adds another problem. The person now has to manage your fear as well as their own urges.</w:t>
      </w:r>
    </w:p>
    <w:p>
      <w:pPr>
        <w:widowControl w:val="1"/>
      </w:pPr>
      <w:r>
        <w:rPr>
          <w:rFonts w:ascii="Calibri" w:hAnsi="Calibri"/>
        </w:rPr>
        <w:t>You can help without taking over.</w:t>
      </w:r>
    </w:p>
    <w:p>
      <w:pPr>
        <w:pStyle w:val="Heading2"/>
        <w:widowControl w:val="1"/>
      </w:pPr>
      <w:r>
        <w:rPr>
          <w:rFonts w:ascii="Calibri" w:hAnsi="Calibri"/>
        </w:rPr>
        <w:t>Ask before giving advice</w:t>
      </w:r>
    </w:p>
    <w:p>
      <w:pPr>
        <w:keepNext/>
        <w:keepLines/>
        <w:widowControl w:val="1"/>
      </w:pPr>
      <w:r>
        <w:rPr>
          <w:rFonts w:ascii="Calibri" w:hAnsi="Calibri"/>
        </w:rPr>
        <w:t>Try a simple question:</w:t>
      </w:r>
    </w:p>
    <w:p>
      <w:pPr>
        <w:widowControl w:val="1"/>
      </w:pPr>
      <w:r>
        <w:rPr>
          <w:rFonts w:ascii="Calibri" w:hAnsi="Calibri"/>
        </w:rPr>
        <w:t>"Do you want ideas, practical help, or someone to listen?"</w:t>
      </w:r>
    </w:p>
    <w:p>
      <w:pPr>
        <w:widowControl w:val="1"/>
      </w:pPr>
      <w:r>
        <w:rPr>
          <w:rFonts w:ascii="Calibri" w:hAnsi="Calibri"/>
        </w:rPr>
        <w:t>"Would it help to talk about smoking, or would you rather have company right now?"</w:t>
      </w:r>
    </w:p>
    <w:p>
      <w:pPr>
        <w:widowControl w:val="1"/>
      </w:pPr>
      <w:r>
        <w:rPr>
          <w:rFonts w:ascii="Calibri" w:hAnsi="Calibri"/>
        </w:rPr>
        <w:t>"Do you want me to help you find a doctor, pharmacist, or quitline?"</w:t>
      </w:r>
    </w:p>
    <w:p>
      <w:pPr>
        <w:widowControl w:val="1"/>
      </w:pPr>
      <w:r>
        <w:rPr>
          <w:rFonts w:ascii="Calibri" w:hAnsi="Calibri"/>
        </w:rPr>
        <w:t>Permission tells the person that they still belong to themselves.</w:t>
      </w:r>
    </w:p>
    <w:p>
      <w:pPr>
        <w:widowControl w:val="1"/>
      </w:pPr>
      <w:r>
        <w:rPr>
          <w:rFonts w:ascii="Calibri" w:hAnsi="Calibri"/>
        </w:rPr>
        <w:t>If they do not want to stop yet, you can still set boundaries for your own home, car, health, or children. Say what you will do without trying to control every choice they make.</w:t>
      </w:r>
    </w:p>
    <w:p>
      <w:pPr>
        <w:widowControl w:val="1"/>
      </w:pPr>
      <w:r>
        <w:rPr>
          <w:rFonts w:ascii="Calibri" w:hAnsi="Calibri"/>
        </w:rPr>
        <w:t>"I need the house and car to stay smoke-free."</w:t>
      </w:r>
    </w:p>
    <w:p>
      <w:pPr>
        <w:widowControl w:val="1"/>
      </w:pPr>
      <w:r>
        <w:rPr>
          <w:rFonts w:ascii="Calibri" w:hAnsi="Calibri"/>
        </w:rPr>
        <w:t>"I love you, and I am ready to help when you want help."</w:t>
      </w:r>
    </w:p>
    <w:p>
      <w:pPr>
        <w:pStyle w:val="Heading2"/>
        <w:widowControl w:val="1"/>
      </w:pPr>
      <w:r>
        <w:rPr>
          <w:rFonts w:ascii="Calibri" w:hAnsi="Calibri"/>
        </w:rPr>
        <w:t>Listen for what the cigarette is doing</w:t>
      </w:r>
    </w:p>
    <w:p>
      <w:pPr>
        <w:widowControl w:val="1"/>
      </w:pPr>
      <w:r>
        <w:rPr>
          <w:rFonts w:ascii="Calibri" w:hAnsi="Calibri"/>
        </w:rPr>
        <w:t>If someone says smoking helps with stress, ask what kind of stress and what changes after they smoke. If they say they enjoy it, ask what belongs to the cigarette and what belongs to the pause, the place, the people, or relief from an urge.</w:t>
      </w:r>
    </w:p>
    <w:p>
      <w:pPr>
        <w:widowControl w:val="1"/>
      </w:pPr>
      <w:r>
        <w:rPr>
          <w:rFonts w:ascii="Calibri" w:hAnsi="Calibri"/>
        </w:rPr>
        <w:t>If they have tried before, do not begin with what went wrong. Ask what helped during the hours, days, or weeks when they did not smoke. Ask what was missing when they returned.</w:t>
      </w:r>
    </w:p>
    <w:p>
      <w:pPr>
        <w:widowControl w:val="1"/>
      </w:pPr>
      <w:r>
        <w:rPr>
          <w:rFonts w:ascii="Calibri" w:hAnsi="Calibri"/>
        </w:rPr>
        <w:t>Good questions help a person hear their own experience. They are not traps designed to force an answer.</w:t>
      </w:r>
    </w:p>
    <w:p>
      <w:pPr>
        <w:pStyle w:val="Heading2"/>
        <w:widowControl w:val="1"/>
      </w:pPr>
      <w:r>
        <w:rPr>
          <w:rFonts w:ascii="Calibri" w:hAnsi="Calibri"/>
        </w:rPr>
        <w:t>Offer practical help</w:t>
      </w:r>
    </w:p>
    <w:p>
      <w:pPr>
        <w:widowControl w:val="1"/>
      </w:pPr>
      <w:r>
        <w:rPr>
          <w:rFonts w:ascii="Calibri" w:hAnsi="Calibri"/>
        </w:rPr>
        <w:t>Useful support is specific.</w:t>
      </w:r>
    </w:p>
    <w:p>
      <w:pPr>
        <w:numPr>
          <w:ilvl w:val="0"/>
          <w:numId w:val="19"/>
        </w:numPr>
        <w:keepLines/>
        <w:widowControl w:val="1"/>
        <w:spacing w:after="60"/>
      </w:pPr>
      <w:r>
        <w:rPr>
          <w:rFonts w:ascii="Calibri" w:hAnsi="Calibri"/>
        </w:rPr>
        <w:t>Do not offer cigarettes, even as a joke.</w:t>
      </w:r>
    </w:p>
    <w:p>
      <w:pPr>
        <w:numPr>
          <w:ilvl w:val="0"/>
          <w:numId w:val="19"/>
        </w:numPr>
        <w:keepLines/>
        <w:widowControl w:val="1"/>
        <w:spacing w:after="60"/>
      </w:pPr>
      <w:r>
        <w:rPr>
          <w:rFonts w:ascii="Calibri" w:hAnsi="Calibri"/>
        </w:rPr>
        <w:t>Keep shared spaces free of smoking cues.</w:t>
      </w:r>
    </w:p>
    <w:p>
      <w:pPr>
        <w:numPr>
          <w:ilvl w:val="0"/>
          <w:numId w:val="19"/>
        </w:numPr>
        <w:keepLines/>
        <w:widowControl w:val="1"/>
        <w:spacing w:after="60"/>
      </w:pPr>
      <w:r>
        <w:rPr>
          <w:rFonts w:ascii="Calibri" w:hAnsi="Calibri"/>
        </w:rPr>
        <w:t>Join them for a walk or a break.</w:t>
      </w:r>
    </w:p>
    <w:p>
      <w:pPr>
        <w:numPr>
          <w:ilvl w:val="0"/>
          <w:numId w:val="19"/>
        </w:numPr>
        <w:keepLines/>
        <w:widowControl w:val="1"/>
        <w:spacing w:after="60"/>
      </w:pPr>
      <w:r>
        <w:rPr>
          <w:rFonts w:ascii="Calibri" w:hAnsi="Calibri"/>
        </w:rPr>
        <w:t>Check in at the time they said would be difficult.</w:t>
      </w:r>
    </w:p>
    <w:p>
      <w:pPr>
        <w:numPr>
          <w:ilvl w:val="0"/>
          <w:numId w:val="19"/>
        </w:numPr>
        <w:keepLines/>
        <w:widowControl w:val="1"/>
        <w:spacing w:after="60"/>
      </w:pPr>
      <w:r>
        <w:rPr>
          <w:rFonts w:ascii="Calibri" w:hAnsi="Calibri"/>
        </w:rPr>
        <w:t>Help them arrange an appointment if they ask.</w:t>
      </w:r>
    </w:p>
    <w:p>
      <w:pPr>
        <w:numPr>
          <w:ilvl w:val="0"/>
          <w:numId w:val="19"/>
        </w:numPr>
        <w:keepLines/>
        <w:widowControl w:val="1"/>
        <w:spacing w:after="60"/>
      </w:pPr>
      <w:r>
        <w:rPr>
          <w:rFonts w:ascii="Calibri" w:hAnsi="Calibri"/>
        </w:rPr>
        <w:t>Listen without turning every conversation into a lesson.</w:t>
      </w:r>
    </w:p>
    <w:p>
      <w:pPr>
        <w:widowControl w:val="1"/>
      </w:pPr>
      <w:r>
        <w:rPr>
          <w:rFonts w:ascii="Calibri" w:hAnsi="Calibri"/>
        </w:rPr>
        <w:t>You can share that quit medicine and counseling may help, but do not choose a medicine or dose for another person. Help them reach a doctor, pharmacist, quitline, or local stop-smoking service.</w:t>
      </w:r>
    </w:p>
    <w:p>
      <w:pPr>
        <w:widowControl w:val="1"/>
      </w:pPr>
      <w:r>
        <w:rPr>
          <w:rFonts w:ascii="Calibri" w:hAnsi="Calibri"/>
        </w:rPr>
        <w:t>If their symptoms feel severe, if they talk about harming themselves, or if there is a medical emergency, seek urgent local help.</w:t>
      </w:r>
    </w:p>
    <w:p>
      <w:pPr>
        <w:pStyle w:val="Heading2"/>
        <w:widowControl w:val="1"/>
      </w:pPr>
      <w:r>
        <w:rPr>
          <w:rFonts w:ascii="Calibri" w:hAnsi="Calibri"/>
        </w:rPr>
        <w:t>When they smoke again</w:t>
      </w:r>
    </w:p>
    <w:p>
      <w:pPr>
        <w:keepNext/>
        <w:keepLines/>
        <w:widowControl w:val="1"/>
      </w:pPr>
      <w:r>
        <w:rPr>
          <w:rFonts w:ascii="Calibri" w:hAnsi="Calibri"/>
        </w:rPr>
        <w:t>Do not say, "I knew it," or ask for proof that they are serious. Try:</w:t>
      </w:r>
    </w:p>
    <w:p>
      <w:pPr>
        <w:widowControl w:val="1"/>
      </w:pPr>
      <w:r>
        <w:rPr>
          <w:rFonts w:ascii="Calibri" w:hAnsi="Calibri"/>
        </w:rPr>
        <w:t>"What happened?"</w:t>
      </w:r>
    </w:p>
    <w:p>
      <w:pPr>
        <w:widowControl w:val="1"/>
      </w:pPr>
      <w:r>
        <w:rPr>
          <w:rFonts w:ascii="Calibri" w:hAnsi="Calibri"/>
        </w:rPr>
        <w:t>"What would help you stop again now?"</w:t>
      </w:r>
    </w:p>
    <w:p>
      <w:pPr>
        <w:widowControl w:val="1"/>
      </w:pPr>
      <w:r>
        <w:rPr>
          <w:rFonts w:ascii="Calibri" w:hAnsi="Calibri"/>
        </w:rPr>
        <w:t>"Do you want me to stay with you while you throw away the rest?"</w:t>
      </w:r>
    </w:p>
    <w:p>
      <w:pPr>
        <w:widowControl w:val="1"/>
      </w:pPr>
      <w:r>
        <w:rPr>
          <w:rFonts w:ascii="Calibri" w:hAnsi="Calibri"/>
        </w:rPr>
        <w:t>A lapse can already carry disappointment and shame. More shame rarely helps someone make a better next decision.</w:t>
      </w:r>
    </w:p>
    <w:p>
      <w:pPr>
        <w:widowControl w:val="1"/>
      </w:pPr>
      <w:r>
        <w:rPr>
          <w:rFonts w:ascii="Calibri" w:hAnsi="Calibri"/>
        </w:rPr>
        <w:t>Avoid searching their belongings, checking their breath, demanding updates, or using affection as a reward. Support should make honesty easier, not turn the relationship into an inspection.</w:t>
      </w:r>
    </w:p>
    <w:p>
      <w:pPr>
        <w:pStyle w:val="Heading2"/>
        <w:widowControl w:val="1"/>
      </w:pPr>
      <w:r>
        <w:rPr>
          <w:rFonts w:ascii="Calibri" w:hAnsi="Calibri"/>
        </w:rPr>
        <w:t>Take care of your own limits</w:t>
      </w:r>
    </w:p>
    <w:p>
      <w:pPr>
        <w:widowControl w:val="1"/>
      </w:pPr>
      <w:r>
        <w:rPr>
          <w:rFonts w:ascii="Calibri" w:hAnsi="Calibri"/>
        </w:rPr>
        <w:t>Helping does not mean being available every minute. Be honest about what you can offer.</w:t>
      </w:r>
    </w:p>
    <w:p>
      <w:pPr>
        <w:widowControl w:val="1"/>
      </w:pPr>
      <w:r>
        <w:rPr>
          <w:rFonts w:ascii="Calibri" w:hAnsi="Calibri"/>
        </w:rPr>
        <w:t>"I can talk after work, but I cannot answer during meetings."</w:t>
      </w:r>
    </w:p>
    <w:p>
      <w:pPr>
        <w:widowControl w:val="1"/>
      </w:pPr>
      <w:r>
        <w:rPr>
          <w:rFonts w:ascii="Calibri" w:hAnsi="Calibri"/>
        </w:rPr>
        <w:t>"I can walk with you, but I cannot make the decision for you."</w:t>
      </w:r>
    </w:p>
    <w:p>
      <w:pPr>
        <w:widowControl w:val="1"/>
      </w:pPr>
      <w:r>
        <w:rPr>
          <w:rFonts w:ascii="Calibri" w:hAnsi="Calibri"/>
        </w:rPr>
        <w:t>"I care about you, and I think this needs more help than I can give alone."</w:t>
      </w:r>
    </w:p>
    <w:p>
      <w:pPr>
        <w:widowControl w:val="1"/>
      </w:pPr>
      <w:r>
        <w:rPr>
          <w:rFonts w:ascii="Calibri" w:hAnsi="Calibri"/>
        </w:rPr>
        <w:t>You are allowed to protect your own sleep, safety, money, and peace of mind. Love does not require you to accept threats, abuse, or smoking in spaces you need to keep safe.</w:t>
      </w:r>
    </w:p>
    <w:p>
      <w:pPr>
        <w:widowControl w:val="1"/>
      </w:pPr>
      <w:r>
        <w:rPr>
          <w:rFonts w:ascii="Calibri" w:hAnsi="Calibri"/>
        </w:rPr>
        <w:t>The person who is quitting owns the decision. You can make the path less lonely. You can listen, remove a few obstacles, and stay kind when the story is not tidy.</w:t>
      </w:r>
    </w:p>
    <w:p>
      <w:pPr>
        <w:widowControl w:val="1"/>
      </w:pPr>
      <w:r>
        <w:rPr>
          <w:rFonts w:ascii="Calibri" w:hAnsi="Calibri"/>
        </w:rPr>
        <w:t>For the person reading this book to quit, I want to leave you with one thought.</w:t>
      </w:r>
    </w:p>
    <w:p>
      <w:pPr>
        <w:widowControl w:val="1"/>
      </w:pPr>
      <w:r>
        <w:rPr>
          <w:rFonts w:ascii="Calibri" w:hAnsi="Calibri"/>
        </w:rPr>
        <w:t>Tomorrow morning may be messy. You may want a cigarette before your feet touch the floor. That is an old route lighting up, not a verdict. Get up. Open the curtains. Send the message you planned. Let the next ten minutes be enough.</w:t>
      </w:r>
    </w:p>
    <w:p>
      <w:pPr>
        <w:widowControl w:val="1"/>
      </w:pPr>
      <w:r>
        <w:rPr>
          <w:rFonts w:ascii="Calibri" w:hAnsi="Calibri"/>
        </w:rPr>
        <w:t>One day, cigarettes may stop arranging your life. Until then, take the next step you can actually take.</w:t>
      </w:r>
    </w:p>
    <w:p>
      <w:pPr>
        <w:widowControl w:val="1"/>
      </w:pPr>
      <w:r>
        <w:rPr>
          <w:rFonts w:ascii="Calibri" w:hAnsi="Calibri"/>
        </w:rPr>
        <w:t>VJ</w:t>
      </w:r>
    </w:p>
    <w:p>
      <w:pPr>
        <w:pStyle w:val="Kicker"/>
        <w:pageBreakBefore/>
        <w:spacing w:before="2560"/>
      </w:pPr>
      <w:r>
        <w:rPr>
          <w:rFonts w:ascii="Calibri" w:hAnsi="Calibri"/>
        </w:rPr>
        <w:t>THE LAST CIGARETTE / VJ</w:t>
      </w:r>
    </w:p>
    <w:p>
      <w:pPr>
        <w:pStyle w:val="PartTitle"/>
      </w:pPr>
      <w:r>
        <w:rPr>
          <w:rFonts w:ascii="Calibri" w:hAnsi="Calibri"/>
        </w:rPr>
        <w:t>PART TWO - THE FREEDOM WORKBOOK</w:t>
      </w:r>
    </w:p>
    <w:p>
      <w:pPr>
        <w:pStyle w:val="Lead"/>
      </w:pPr>
      <w:r>
        <w:rPr>
          <w:rFonts w:ascii="Calibri" w:hAnsi="Calibri"/>
        </w:rPr>
        <w:t>Printable pages for planning, cravings, difficult moments, and beginning again</w:t>
      </w:r>
    </w:p>
    <w:p>
      <w:pPr>
        <w:spacing w:before="360" w:after="1440"/>
        <w:pBdr>
          <w:top w:val="single" w:sz="18" w:space="6" w:color="A52F20"/>
        </w:pBdr>
      </w:pPr>
    </w:p>
    <w:p>
      <w:pPr>
        <w:pStyle w:val="Heading2"/>
        <w:widowControl w:val="1"/>
      </w:pPr>
      <w:r>
        <w:rPr>
          <w:rFonts w:ascii="Calibri" w:hAnsi="Calibri"/>
        </w:rPr>
        <w:t>Before you begin</w:t>
      </w:r>
    </w:p>
    <w:p>
      <w:pPr>
        <w:widowControl w:val="1"/>
      </w:pPr>
      <w:r>
        <w:rPr>
          <w:rFonts w:ascii="Calibri" w:hAnsi="Calibri"/>
        </w:rPr>
        <w:t>These pages are here to help you notice what is happening and decide what to do next. They are not a test. Leave a page blank if it is not useful today. Come back when you need it.</w:t>
      </w:r>
    </w:p>
    <w:p>
      <w:pPr>
        <w:widowControl w:val="1"/>
      </w:pPr>
      <w:r>
        <w:rPr>
          <w:rFonts w:ascii="Calibri" w:hAnsi="Calibri"/>
        </w:rPr>
        <w:t>Do not smoke in order to complete an exercise. Use a remembered moment, a cigarette you would have smoked anyway, or an urge that appears while you are already smoke-free. If a question brings up more distress than you can safely handle, stop and speak with someone qualified to help.</w:t>
      </w:r>
    </w:p>
    <w:p>
      <w:pPr>
        <w:widowControl w:val="1"/>
      </w:pPr>
      <w:r>
        <w:rPr>
          <w:rFonts w:ascii="Calibri" w:hAnsi="Calibri"/>
        </w:rPr>
        <w:t>Keep your answers private. They may include health details, difficult memories, and names of other people. Store them somewhere that feels safe.</w:t>
      </w:r>
    </w:p>
    <w:p>
      <w:pPr>
        <w:pStyle w:val="Kicker"/>
        <w:pageBreakBefore/>
        <w:spacing w:before="680"/>
      </w:pPr>
      <w:r>
        <w:rPr>
          <w:rFonts w:ascii="Calibri" w:hAnsi="Calibri"/>
        </w:rPr>
        <w:t>WORKBOOK 1</w:t>
      </w:r>
    </w:p>
    <w:p>
      <w:pPr>
        <w:pStyle w:val="Heading1"/>
        <w:keepNext/>
        <w:pageBreakBefore w:val="0"/>
        <w:pBdr>
          <w:bottom w:val="single" w:sz="10" w:space="8" w:color="B7AA94"/>
        </w:pBdr>
      </w:pPr>
      <w:r>
        <w:t>Where I Am Today</w:t>
      </w:r>
    </w:p>
    <w:p>
      <w:pPr>
        <w:widowControl w:val="1"/>
      </w:pPr>
      <w:r>
        <w:rPr>
          <w:rFonts w:ascii="Calibri" w:hAnsi="Calibri"/>
        </w:rPr>
        <w:t>You do not have to sound certain. Start with what is true today.</w:t>
      </w:r>
    </w:p>
    <w:p>
      <w:pPr>
        <w:widowControl w:val="1"/>
      </w:pPr>
      <w:r>
        <w:rPr>
          <w:rFonts w:ascii="Calibri" w:hAnsi="Calibri"/>
        </w:rPr>
        <w:t>On a scale from 0 to 10, how important does stopping feel right now?</w:t>
      </w:r>
    </w:p>
    <w:p>
      <w:pPr>
        <w:pStyle w:val="ResponsePrompt"/>
        <w:keepNext/>
        <w:keepLines/>
      </w:pPr>
      <w:r>
        <w:rPr>
          <w:rFonts w:ascii="Calibri" w:hAnsi="Calibri"/>
        </w:rPr>
        <w:t>My number today is ______ because: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How ready are you to choose a date to stop?</w:t>
      </w:r>
    </w:p>
    <w:p>
      <w:pPr>
        <w:pStyle w:val="ResponsePrompt"/>
        <w:keepNext/>
        <w:keepLines/>
      </w:pPr>
      <w:r>
        <w:rPr>
          <w:rFonts w:ascii="Calibri" w:hAnsi="Calibri"/>
        </w:rPr>
        <w:t>I feel ready, unsure, or not ready because: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Two parts of you may want different things. One part may want health, money, time, or freedom. Another may fear cravings, missing out, losing a break, or failing again. Let both parts speak without letting either one run the whole conversation.</w:t>
      </w:r>
    </w:p>
    <w:p>
      <w:pPr>
        <w:pStyle w:val="ResponsePrompt"/>
        <w:keepNext/>
        <w:keepLines/>
      </w:pPr>
      <w:r>
        <w:rPr>
          <w:rFonts w:ascii="Calibri" w:hAnsi="Calibri"/>
        </w:rPr>
        <w:t>The part of me that wants to stop says: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part of me that is afraid to stop says: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that afraid part may need is:</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Choose one step for the next seven days. Keep it small and specific. You might notice three smoking moments, read one chapter, speak with a doctor or pharmacist, tell one trusted person, or choose a date to return to this page.</w:t>
      </w:r>
    </w:p>
    <w:p>
      <w:pPr>
        <w:pStyle w:val="ResponsePrompt"/>
        <w:keepNext/>
        <w:keepLines/>
      </w:pPr>
      <w:r>
        <w:rPr>
          <w:rFonts w:ascii="Calibri" w:hAnsi="Calibri"/>
        </w:rPr>
        <w:t>My next step is: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 will do it by:</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If you are not ready to choose a stopping date, observation is still useful. Notice which cigarette feels automatic, which one feels important, and which one you barely remember smoking. You are looking for an opening, not trying to force a promise you do not yet believe.</w:t>
      </w:r>
    </w:p>
    <w:p>
      <w:pPr>
        <w:pStyle w:val="ResponsePrompt"/>
        <w:keepNext/>
        <w:keepLines/>
      </w:pPr>
      <w:r>
        <w:rPr>
          <w:rFonts w:ascii="Calibri" w:hAnsi="Calibri"/>
        </w:rPr>
        <w:t>The question I most want answered before I decide is:</w:t>
      </w:r>
    </w:p>
    <w:p>
      <w:pPr>
        <w:pStyle w:val="ResponseLine"/>
        <w:keepLines/>
        <w:spacing w:after="180" w:line="240" w:lineRule="auto"/>
        <w:shd w:fill="FCFAF4"/>
        <w:pBdr>
          <w:bottom w:val="single" w:sz="6" w:space="4" w:color="B7AA94"/>
        </w:pBdr>
      </w:pPr>
      <w:r>
        <w:t xml:space="preserve"> </w:t>
      </w:r>
    </w:p>
    <w:p>
      <w:pPr>
        <w:pStyle w:val="Kicker"/>
        <w:pageBreakBefore/>
        <w:spacing w:before="680"/>
      </w:pPr>
      <w:r>
        <w:rPr>
          <w:rFonts w:ascii="Calibri" w:hAnsi="Calibri"/>
        </w:rPr>
        <w:t>WORKBOOK 2</w:t>
      </w:r>
    </w:p>
    <w:p>
      <w:pPr>
        <w:pStyle w:val="Heading1"/>
        <w:keepNext/>
        <w:pageBreakBefore w:val="0"/>
        <w:pBdr>
          <w:bottom w:val="single" w:sz="10" w:space="8" w:color="B7AA94"/>
        </w:pBdr>
      </w:pPr>
      <w:r>
        <w:t>Why I Want to Stop</w:t>
      </w:r>
    </w:p>
    <w:p>
      <w:pPr>
        <w:widowControl w:val="1"/>
      </w:pPr>
      <w:r>
        <w:rPr>
          <w:rFonts w:ascii="Calibri" w:hAnsi="Calibri"/>
        </w:rPr>
        <w:t>Fear can push for a moment, but a life you want can pull you forward for much longer.</w:t>
      </w:r>
    </w:p>
    <w:p>
      <w:pPr>
        <w:widowControl w:val="1"/>
      </w:pPr>
      <w:r>
        <w:rPr>
          <w:rFonts w:ascii="Calibri" w:hAnsi="Calibri"/>
        </w:rPr>
        <w:t>Think about ordinary days as well as distant health risks. What would change in your morning, your work, your relationships, your travel, your evenings, or the way you feel about yourself?</w:t>
      </w:r>
    </w:p>
    <w:p>
      <w:pPr>
        <w:pStyle w:val="ResponsePrompt"/>
        <w:keepNext/>
        <w:keepLines/>
      </w:pPr>
      <w:r>
        <w:rPr>
          <w:rFonts w:ascii="Calibri" w:hAnsi="Calibri"/>
        </w:rPr>
        <w:t>The five strongest reasons I want to stop are: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want more of in an ordinary day: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want more of with people I care about: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want more of when I am alone: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am tired of arranging around cigarettes: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 person, place, activity, or future moment I want to give more time or money to:</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Now make a short card for a difficult moment. It should sound like you, not like a slogan.</w:t>
      </w:r>
    </w:p>
    <w:p>
      <w:pPr>
        <w:pStyle w:val="ResponsePrompt"/>
        <w:keepNext/>
        <w:keepLines/>
      </w:pPr>
      <w:r>
        <w:rPr>
          <w:rFonts w:ascii="Calibri" w:hAnsi="Calibri"/>
        </w:rPr>
        <w:t>I am leaving smoking because: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When the urge makes my world feel small, I want to remember:</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next action I can take is:</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Keep the short version somewhere you will actually see it. A reason hidden in a drawer cannot help much at 4 p.m. on a difficult day.</w:t>
      </w:r>
    </w:p>
    <w:p>
      <w:pPr>
        <w:pStyle w:val="Kicker"/>
        <w:pageBreakBefore/>
        <w:spacing w:before="680"/>
      </w:pPr>
      <w:r>
        <w:rPr>
          <w:rFonts w:ascii="Calibri" w:hAnsi="Calibri"/>
        </w:rPr>
        <w:t>WORKBOOK 3</w:t>
      </w:r>
    </w:p>
    <w:p>
      <w:pPr>
        <w:pStyle w:val="Heading1"/>
        <w:keepNext/>
        <w:pageBreakBefore w:val="0"/>
        <w:pBdr>
          <w:bottom w:val="single" w:sz="10" w:space="8" w:color="B7AA94"/>
        </w:pBdr>
      </w:pPr>
      <w:r>
        <w:t>My Smoking Patterns and Triggers</w:t>
      </w:r>
    </w:p>
    <w:p>
      <w:pPr>
        <w:widowControl w:val="1"/>
      </w:pPr>
      <w:r>
        <w:rPr>
          <w:rFonts w:ascii="Calibri" w:hAnsi="Calibri"/>
        </w:rPr>
        <w:t>"I smoke when I am stressed" is true for many people, but it is too broad to build a plan around. A useful pattern is more exact: after a critical call, before lunch, alone at the desk.</w:t>
      </w:r>
    </w:p>
    <w:p>
      <w:pPr>
        <w:widowControl w:val="1"/>
      </w:pPr>
      <w:r>
        <w:rPr>
          <w:rFonts w:ascii="Calibri" w:hAnsi="Calibri"/>
        </w:rPr>
        <w:t>Notice three moments. If you are already smoke-free, record three urges instead.</w:t>
      </w:r>
    </w:p>
    <w:p>
      <w:pPr>
        <w:pStyle w:val="Heading2"/>
        <w:widowControl w:val="1"/>
      </w:pPr>
      <w:r>
        <w:rPr>
          <w:rFonts w:ascii="Calibri" w:hAnsi="Calibri"/>
        </w:rPr>
        <w:t>Moment one</w:t>
      </w:r>
    </w:p>
    <w:p>
      <w:pPr>
        <w:pStyle w:val="ResponsePrompt"/>
        <w:keepNext/>
        <w:keepLines/>
      </w:pPr>
      <w:r>
        <w:rPr>
          <w:rFonts w:ascii="Calibri" w:hAnsi="Calibri"/>
        </w:rPr>
        <w:t>Time, place, who was there, and what had just happened: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felt, and what my mind said the cigarette would do:</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changed in the first few minutes, and what was still true ten minutes later:</w:t>
      </w:r>
    </w:p>
    <w:p>
      <w:pPr>
        <w:pStyle w:val="ResponseLine"/>
        <w:keepLines/>
        <w:spacing w:after="180" w:line="240" w:lineRule="auto"/>
        <w:shd w:fill="FCFAF4"/>
        <w:pBdr>
          <w:bottom w:val="single" w:sz="6" w:space="4" w:color="B7AA94"/>
        </w:pBdr>
      </w:pPr>
      <w:r>
        <w:t xml:space="preserve"> </w:t>
      </w:r>
    </w:p>
    <w:p>
      <w:pPr>
        <w:pStyle w:val="Heading2"/>
        <w:widowControl w:val="1"/>
      </w:pPr>
      <w:r>
        <w:rPr>
          <w:rFonts w:ascii="Calibri" w:hAnsi="Calibri"/>
        </w:rPr>
        <w:t>Moment two</w:t>
      </w:r>
    </w:p>
    <w:p>
      <w:pPr>
        <w:pStyle w:val="ResponsePrompt"/>
        <w:keepNext/>
        <w:keepLines/>
      </w:pPr>
      <w:r>
        <w:rPr>
          <w:rFonts w:ascii="Calibri" w:hAnsi="Calibri"/>
        </w:rPr>
        <w:t>Time, place, who was there, and what had just happened: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felt, and what my mind said the cigarette would do:</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changed in the first few minutes, and what was still true ten minutes later:</w:t>
      </w:r>
    </w:p>
    <w:p>
      <w:pPr>
        <w:pStyle w:val="ResponseLine"/>
        <w:keepLines/>
        <w:spacing w:after="180" w:line="240" w:lineRule="auto"/>
        <w:shd w:fill="FCFAF4"/>
        <w:pBdr>
          <w:bottom w:val="single" w:sz="6" w:space="4" w:color="B7AA94"/>
        </w:pBdr>
      </w:pPr>
      <w:r>
        <w:t xml:space="preserve"> </w:t>
      </w:r>
    </w:p>
    <w:p>
      <w:pPr>
        <w:pStyle w:val="Heading2"/>
        <w:widowControl w:val="1"/>
      </w:pPr>
      <w:r>
        <w:rPr>
          <w:rFonts w:ascii="Calibri" w:hAnsi="Calibri"/>
        </w:rPr>
        <w:t>Moment three</w:t>
      </w:r>
    </w:p>
    <w:p>
      <w:pPr>
        <w:pStyle w:val="ResponsePrompt"/>
        <w:keepNext/>
        <w:keepLines/>
      </w:pPr>
      <w:r>
        <w:rPr>
          <w:rFonts w:ascii="Calibri" w:hAnsi="Calibri"/>
        </w:rPr>
        <w:t>Time, place, who was there, and what had just happened: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felt, and what my mind said the cigarette would do:</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changed in the first few minutes, and what was still true ten minutes later:</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Now look across the three moments.</w:t>
      </w:r>
    </w:p>
    <w:p>
      <w:pPr>
        <w:pStyle w:val="ResponsePrompt"/>
        <w:keepNext/>
        <w:keepLines/>
      </w:pPr>
      <w:r>
        <w:rPr>
          <w:rFonts w:ascii="Calibri" w:hAnsi="Calibri"/>
        </w:rPr>
        <w:t>The times or routines that appear most often: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feelings that appear most often: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people, places, smells, objects, or events that set the sequence in motion: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cigarette that may be easiest to change first: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situation that needs the strongest plan: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One early point where I could change the sequence: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Circle one pattern to work with first. Choose a pattern that happens often enough to practise but is not the most overwhelming part of your day. A small success can teach you more than a heroic plan that is impossible to repeat.</w:t>
      </w:r>
    </w:p>
    <w:p>
      <w:pPr>
        <w:pStyle w:val="ResponsePrompt"/>
        <w:keepNext/>
        <w:keepLines/>
      </w:pPr>
      <w:r>
        <w:rPr>
          <w:rFonts w:ascii="Calibri" w:hAnsi="Calibri"/>
        </w:rPr>
        <w:t>The first pattern I will prepare for is: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would make that moment ten percent easier:</w:t>
      </w:r>
    </w:p>
    <w:p>
      <w:pPr>
        <w:pStyle w:val="ResponseLine"/>
        <w:keepLines/>
        <w:spacing w:after="180" w:line="240" w:lineRule="auto"/>
        <w:shd w:fill="FCFAF4"/>
        <w:pBdr>
          <w:bottom w:val="single" w:sz="6" w:space="4" w:color="B7AA94"/>
        </w:pBdr>
      </w:pPr>
      <w:r>
        <w:t xml:space="preserve"> </w:t>
      </w:r>
    </w:p>
    <w:p>
      <w:pPr>
        <w:pStyle w:val="Kicker"/>
        <w:pageBreakBefore/>
        <w:spacing w:before="680"/>
      </w:pPr>
      <w:r>
        <w:rPr>
          <w:rFonts w:ascii="Calibri" w:hAnsi="Calibri"/>
        </w:rPr>
        <w:t>WORKBOOK 4</w:t>
      </w:r>
    </w:p>
    <w:p>
      <w:pPr>
        <w:pStyle w:val="Heading1"/>
        <w:keepNext/>
        <w:pageBreakBefore w:val="0"/>
        <w:pBdr>
          <w:bottom w:val="single" w:sz="10" w:space="8" w:color="B7AA94"/>
        </w:pBdr>
      </w:pPr>
      <w:r>
        <w:t>Questions for My Doctor or Pharmacist</w:t>
      </w:r>
    </w:p>
    <w:p>
      <w:pPr>
        <w:widowControl w:val="1"/>
      </w:pPr>
      <w:r>
        <w:rPr>
          <w:rFonts w:ascii="Calibri" w:hAnsi="Calibri"/>
        </w:rPr>
        <w:t>You do not have to work out treatment alone. This page helps you arrive at a conversation with the details that matter.</w:t>
      </w:r>
    </w:p>
    <w:p>
      <w:pPr>
        <w:pStyle w:val="ResponsePrompt"/>
        <w:keepNext/>
        <w:keepLines/>
      </w:pPr>
      <w:r>
        <w:rPr>
          <w:rFonts w:ascii="Calibri" w:hAnsi="Calibri"/>
        </w:rPr>
        <w:t>The tobacco or nicotine products I use and how often I use them:</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times of day or situations when the pull is strongest: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Times I have tried to stop before, including what helped and what made it hard: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Stop-smoking medicine I have used before and how it affected me: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Prescription medicine, supplements, allergies, and physical or mental health concerns my doctor or pharmacist should know about: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Anything else that may affect my care, including pregnancy or breastfeeding:</w:t>
      </w:r>
    </w:p>
    <w:p>
      <w:pPr>
        <w:pStyle w:val="ResponseLine"/>
        <w:keepLines/>
        <w:spacing w:after="180" w:line="240" w:lineRule="auto"/>
        <w:shd w:fill="FCFAF4"/>
        <w:pBdr>
          <w:bottom w:val="single" w:sz="6" w:space="4" w:color="B7AA94"/>
        </w:pBdr>
      </w:pPr>
      <w:r>
        <w:t xml:space="preserve"> </w:t>
      </w:r>
    </w:p>
    <w:p>
      <w:pPr>
        <w:keepNext/>
        <w:keepLines/>
        <w:widowControl w:val="1"/>
      </w:pPr>
      <w:r>
        <w:rPr>
          <w:rFonts w:ascii="Calibri" w:hAnsi="Calibri"/>
        </w:rPr>
        <w:t>Bring these questions:</w:t>
      </w:r>
    </w:p>
    <w:p>
      <w:pPr>
        <w:numPr>
          <w:ilvl w:val="0"/>
          <w:numId w:val="20"/>
        </w:numPr>
        <w:keepLines/>
        <w:widowControl w:val="1"/>
        <w:spacing w:after="60"/>
      </w:pPr>
      <w:r>
        <w:rPr>
          <w:rFonts w:ascii="Calibri" w:hAnsi="Calibri"/>
        </w:rPr>
        <w:t>What kinds of support or medicine may be suitable for me?</w:t>
      </w:r>
    </w:p>
    <w:p>
      <w:pPr>
        <w:numPr>
          <w:ilvl w:val="0"/>
          <w:numId w:val="20"/>
        </w:numPr>
        <w:keepLines/>
        <w:widowControl w:val="1"/>
        <w:spacing w:after="60"/>
      </w:pPr>
      <w:r>
        <w:rPr>
          <w:rFonts w:ascii="Calibri" w:hAnsi="Calibri"/>
        </w:rPr>
        <w:t>Could stopping or starting again affect any medicine I already take?</w:t>
      </w:r>
    </w:p>
    <w:p>
      <w:pPr>
        <w:numPr>
          <w:ilvl w:val="0"/>
          <w:numId w:val="20"/>
        </w:numPr>
        <w:keepLines/>
        <w:widowControl w:val="1"/>
        <w:spacing w:after="60"/>
      </w:pPr>
      <w:r>
        <w:rPr>
          <w:rFonts w:ascii="Calibri" w:hAnsi="Calibri"/>
        </w:rPr>
        <w:t>How should I use the treatment, and for how long?</w:t>
      </w:r>
    </w:p>
    <w:p>
      <w:pPr>
        <w:numPr>
          <w:ilvl w:val="0"/>
          <w:numId w:val="20"/>
        </w:numPr>
        <w:keepLines/>
        <w:widowControl w:val="1"/>
        <w:spacing w:after="60"/>
      </w:pPr>
      <w:r>
        <w:rPr>
          <w:rFonts w:ascii="Calibri" w:hAnsi="Calibri"/>
        </w:rPr>
        <w:t>What side effects or warning signs should I know about?</w:t>
      </w:r>
    </w:p>
    <w:p>
      <w:pPr>
        <w:numPr>
          <w:ilvl w:val="0"/>
          <w:numId w:val="20"/>
        </w:numPr>
        <w:keepLines/>
        <w:widowControl w:val="1"/>
        <w:spacing w:after="60"/>
      </w:pPr>
      <w:r>
        <w:rPr>
          <w:rFonts w:ascii="Calibri" w:hAnsi="Calibri"/>
        </w:rPr>
        <w:t>What should I do if cravings remain strong?</w:t>
      </w:r>
    </w:p>
    <w:p>
      <w:pPr>
        <w:numPr>
          <w:ilvl w:val="0"/>
          <w:numId w:val="20"/>
        </w:numPr>
        <w:keepLines/>
        <w:widowControl w:val="1"/>
        <w:spacing w:after="60"/>
      </w:pPr>
      <w:r>
        <w:rPr>
          <w:rFonts w:ascii="Calibri" w:hAnsi="Calibri"/>
        </w:rPr>
        <w:t>Who should I contact if I smoke again or need more support?</w:t>
      </w:r>
    </w:p>
    <w:p>
      <w:pPr>
        <w:pStyle w:val="ResponsePrompt"/>
        <w:keepNext/>
        <w:keepLines/>
      </w:pPr>
      <w:r>
        <w:rPr>
          <w:rFonts w:ascii="Calibri" w:hAnsi="Calibri"/>
        </w:rPr>
        <w:t>My appointment, call, or pharmacy visit is planned for:</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instructions I received, in my own words: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I can ask if I forget or feel unsure: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Do not start, stop, combine, or change medicine because of a workbook answer. Follow the instructions you receive. If symptoms are severe or worrying, get medical help.</w:t>
      </w:r>
    </w:p>
    <w:p>
      <w:pPr>
        <w:widowControl w:val="1"/>
      </w:pPr>
      <w:r>
        <w:rPr>
          <w:rFonts w:ascii="Calibri" w:hAnsi="Calibri"/>
        </w:rPr>
        <w:t>After the conversation, put the instructions somewhere easy to reach. If anything sounds unclear, ask again. It is reasonable to request plain language, written directions, and a follow-up plan.</w:t>
      </w:r>
    </w:p>
    <w:p>
      <w:pPr>
        <w:pStyle w:val="Kicker"/>
        <w:pageBreakBefore/>
        <w:spacing w:before="680"/>
      </w:pPr>
      <w:r>
        <w:rPr>
          <w:rFonts w:ascii="Calibri" w:hAnsi="Calibri"/>
        </w:rPr>
        <w:t>WORKBOOK 5</w:t>
      </w:r>
    </w:p>
    <w:p>
      <w:pPr>
        <w:pStyle w:val="Heading1"/>
        <w:keepNext/>
        <w:pageBreakBefore w:val="0"/>
        <w:pBdr>
          <w:bottom w:val="single" w:sz="10" w:space="8" w:color="B7AA94"/>
        </w:pBdr>
      </w:pPr>
      <w:r>
        <w:t>My People and My Surroundings</w:t>
      </w:r>
    </w:p>
    <w:p>
      <w:pPr>
        <w:widowControl w:val="1"/>
      </w:pPr>
      <w:r>
        <w:rPr>
          <w:rFonts w:ascii="Calibri" w:hAnsi="Calibri"/>
        </w:rPr>
        <w:t>A good plan should not depend on you remembering everything while tired, stressed, or craving. Make the helpful choice easier before the hard moment arrives.</w:t>
      </w:r>
    </w:p>
    <w:p>
      <w:pPr>
        <w:pStyle w:val="Heading2"/>
        <w:widowControl w:val="1"/>
      </w:pPr>
      <w:r>
        <w:rPr>
          <w:rFonts w:ascii="Calibri" w:hAnsi="Calibri"/>
        </w:rPr>
        <w:t>People</w:t>
      </w:r>
    </w:p>
    <w:p>
      <w:pPr>
        <w:widowControl w:val="1"/>
      </w:pPr>
      <w:r>
        <w:rPr>
          <w:rFonts w:ascii="Calibri" w:hAnsi="Calibri"/>
        </w:rPr>
        <w:t>Different people can help in different ways.</w:t>
      </w:r>
    </w:p>
    <w:p>
      <w:pPr>
        <w:pStyle w:val="ResponsePrompt"/>
        <w:keepNext/>
        <w:keepLines/>
      </w:pPr>
      <w:r>
        <w:rPr>
          <w:rFonts w:ascii="Calibri" w:hAnsi="Calibri"/>
        </w:rPr>
        <w:t>The person who can listen without lecturing:</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who can join me for a walk or smoke-free break:</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who can check in at a time I usually struggle: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doctor, pharmacist, counselor, or quitline I can contact: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I should not rely on during the first few days, and why:</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Prepare two messages now.</w:t>
      </w:r>
    </w:p>
    <w:p>
      <w:pPr>
        <w:pStyle w:val="ResponsePrompt"/>
        <w:keepNext/>
        <w:keepLines/>
      </w:pPr>
      <w:r>
        <w:rPr>
          <w:rFonts w:ascii="Calibri" w:hAnsi="Calibri"/>
        </w:rPr>
        <w:t>I am planning to stop on ______. The most useful thing you can do is: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 am having a hard moment. Please stay with me for ten minutes while I:</w:t>
      </w:r>
    </w:p>
    <w:p>
      <w:pPr>
        <w:pStyle w:val="ResponseLine"/>
        <w:keepLines/>
        <w:spacing w:after="180" w:line="240" w:lineRule="auto"/>
        <w:shd w:fill="FCFAF4"/>
        <w:pBdr>
          <w:bottom w:val="single" w:sz="6" w:space="4" w:color="B7AA94"/>
        </w:pBdr>
      </w:pPr>
      <w:r>
        <w:t xml:space="preserve"> </w:t>
      </w:r>
    </w:p>
    <w:p>
      <w:pPr>
        <w:pStyle w:val="Heading2"/>
        <w:widowControl w:val="1"/>
      </w:pPr>
      <w:r>
        <w:rPr>
          <w:rFonts w:ascii="Calibri" w:hAnsi="Calibri"/>
        </w:rPr>
        <w:t>Surroundings</w:t>
      </w:r>
    </w:p>
    <w:p>
      <w:pPr>
        <w:widowControl w:val="1"/>
      </w:pPr>
      <w:r>
        <w:rPr>
          <w:rFonts w:ascii="Calibri" w:hAnsi="Calibri"/>
        </w:rPr>
        <w:t>Choose the actions that fit your life.</w:t>
      </w:r>
    </w:p>
    <w:p>
      <w:pPr>
        <w:numPr>
          <w:ilvl w:val="0"/>
          <w:numId w:val="21"/>
        </w:numPr>
        <w:keepLines/>
        <w:widowControl w:val="1"/>
        <w:spacing w:after="60"/>
      </w:pPr>
      <w:r>
        <w:rPr>
          <w:rFonts w:ascii="Calibri" w:hAnsi="Calibri"/>
        </w:rPr>
        <w:t>Remove cigarettes, tobacco, ashtrays, lighters, and hidden supplies.</w:t>
      </w:r>
    </w:p>
    <w:p>
      <w:pPr>
        <w:numPr>
          <w:ilvl w:val="0"/>
          <w:numId w:val="21"/>
        </w:numPr>
        <w:keepLines/>
        <w:widowControl w:val="1"/>
        <w:spacing w:after="60"/>
      </w:pPr>
      <w:r>
        <w:rPr>
          <w:rFonts w:ascii="Calibri" w:hAnsi="Calibri"/>
        </w:rPr>
        <w:t>Clean the car, room, clothes, or objects that carry the smell.</w:t>
      </w:r>
    </w:p>
    <w:p>
      <w:pPr>
        <w:numPr>
          <w:ilvl w:val="0"/>
          <w:numId w:val="21"/>
        </w:numPr>
        <w:keepLines/>
        <w:widowControl w:val="1"/>
        <w:spacing w:after="60"/>
      </w:pPr>
      <w:r>
        <w:rPr>
          <w:rFonts w:ascii="Calibri" w:hAnsi="Calibri"/>
        </w:rPr>
        <w:t>Ask people not to offer cigarettes or smoke beside you.</w:t>
      </w:r>
    </w:p>
    <w:p>
      <w:pPr>
        <w:numPr>
          <w:ilvl w:val="0"/>
          <w:numId w:val="21"/>
        </w:numPr>
        <w:keepLines/>
        <w:widowControl w:val="1"/>
        <w:spacing w:after="60"/>
      </w:pPr>
      <w:r>
        <w:rPr>
          <w:rFonts w:ascii="Calibri" w:hAnsi="Calibri"/>
        </w:rPr>
        <w:t>Change the route past the shop if that route is a strong cue.</w:t>
      </w:r>
    </w:p>
    <w:p>
      <w:pPr>
        <w:numPr>
          <w:ilvl w:val="0"/>
          <w:numId w:val="21"/>
        </w:numPr>
        <w:keepLines/>
        <w:widowControl w:val="1"/>
        <w:spacing w:after="60"/>
      </w:pPr>
      <w:r>
        <w:rPr>
          <w:rFonts w:ascii="Calibri" w:hAnsi="Calibri"/>
        </w:rPr>
        <w:t>Put your reasons card where the strongest urge usually appears.</w:t>
      </w:r>
    </w:p>
    <w:p>
      <w:pPr>
        <w:numPr>
          <w:ilvl w:val="0"/>
          <w:numId w:val="21"/>
        </w:numPr>
        <w:keepLines/>
        <w:widowControl w:val="1"/>
        <w:spacing w:after="60"/>
      </w:pPr>
      <w:r>
        <w:rPr>
          <w:rFonts w:ascii="Calibri" w:hAnsi="Calibri"/>
        </w:rPr>
        <w:t>Add support contacts to your phone.</w:t>
      </w:r>
    </w:p>
    <w:p>
      <w:pPr>
        <w:numPr>
          <w:ilvl w:val="0"/>
          <w:numId w:val="21"/>
        </w:numPr>
        <w:keepLines/>
        <w:widowControl w:val="1"/>
        <w:spacing w:after="60"/>
      </w:pPr>
      <w:r>
        <w:rPr>
          <w:rFonts w:ascii="Calibri" w:hAnsi="Calibri"/>
        </w:rPr>
        <w:t>Prepare water, food, and something simple for your hands.</w:t>
      </w:r>
    </w:p>
    <w:p>
      <w:pPr>
        <w:numPr>
          <w:ilvl w:val="0"/>
          <w:numId w:val="21"/>
        </w:numPr>
        <w:keepLines/>
        <w:widowControl w:val="1"/>
        <w:spacing w:after="60"/>
      </w:pPr>
      <w:r>
        <w:rPr>
          <w:rFonts w:ascii="Calibri" w:hAnsi="Calibri"/>
        </w:rPr>
        <w:t>Keep real breaks in the day. Do not remove rest when you remove smoking.</w:t>
      </w:r>
    </w:p>
    <w:p>
      <w:pPr>
        <w:numPr>
          <w:ilvl w:val="0"/>
          <w:numId w:val="21"/>
        </w:numPr>
        <w:keepLines/>
        <w:widowControl w:val="1"/>
        <w:spacing w:after="60"/>
      </w:pPr>
      <w:r>
        <w:rPr>
          <w:rFonts w:ascii="Calibri" w:hAnsi="Calibri"/>
        </w:rPr>
        <w:t>Store nicotine products and medicine safely away from children and animals.</w:t>
      </w:r>
    </w:p>
    <w:p>
      <w:pPr>
        <w:pStyle w:val="ResponsePrompt"/>
        <w:keepNext/>
        <w:keepLines/>
      </w:pPr>
      <w:r>
        <w:rPr>
          <w:rFonts w:ascii="Calibri" w:hAnsi="Calibri"/>
        </w:rPr>
        <w:t>The cue I cannot remove and how I will prepare for it: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who can help me change my surroundings: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 will finish the changes by:</w:t>
      </w:r>
    </w:p>
    <w:p>
      <w:pPr>
        <w:pStyle w:val="ResponseLine"/>
        <w:keepLines/>
        <w:spacing w:after="180" w:line="240" w:lineRule="auto"/>
        <w:shd w:fill="FCFAF4"/>
        <w:pBdr>
          <w:bottom w:val="single" w:sz="6" w:space="4" w:color="B7AA94"/>
        </w:pBdr>
      </w:pPr>
      <w:r>
        <w:t xml:space="preserve"> </w:t>
      </w:r>
    </w:p>
    <w:p>
      <w:pPr>
        <w:pStyle w:val="Kicker"/>
        <w:pageBreakBefore/>
        <w:spacing w:before="680"/>
      </w:pPr>
      <w:r>
        <w:rPr>
          <w:rFonts w:ascii="Calibri" w:hAnsi="Calibri"/>
        </w:rPr>
        <w:t>WORKBOOK 6</w:t>
      </w:r>
    </w:p>
    <w:p>
      <w:pPr>
        <w:pStyle w:val="Heading1"/>
        <w:keepNext/>
        <w:pageBreakBefore w:val="0"/>
        <w:pBdr>
          <w:bottom w:val="single" w:sz="10" w:space="8" w:color="B7AA94"/>
        </w:pBdr>
      </w:pPr>
      <w:r>
        <w:t>Plans for Difficult Moments</w:t>
      </w:r>
    </w:p>
    <w:p>
      <w:pPr>
        <w:widowControl w:val="1"/>
      </w:pPr>
      <w:r>
        <w:rPr>
          <w:rFonts w:ascii="Calibri" w:hAnsi="Calibri"/>
        </w:rPr>
        <w:t>Decisions made in a calm hour are easier to use in a hard one. Complete only the situations that apply to you.</w:t>
      </w:r>
    </w:p>
    <w:p>
      <w:pPr>
        <w:pStyle w:val="ResponsePrompt"/>
        <w:keepNext/>
        <w:keepLines/>
      </w:pPr>
      <w:r>
        <w:rPr>
          <w:rFonts w:ascii="Calibri" w:hAnsi="Calibri"/>
        </w:rPr>
        <w:t>If I want a cigarette with coffee, I will first: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I finish a difficult task and want a smoking break, I will take a real break by: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stress rises after a call or argument, I will:</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someone offers me a cigarette, I will say: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I am at a celebration, feel left out, or find alcohol makes my plan harder, I will:</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I feel lonely in the evening, I will contact: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I wake during the night and want to smoke, I will:</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the first action is not enough, my next layer of help is:</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Driving needs its own plan. Prepare before the vehicle moves. Remove cigarettes and lighters, choose audio, place water safely, and know where you could stop if the urge becomes distracting. Do not write, text, close your eyes, or do an exercise that takes attention away from the road.</w:t>
      </w:r>
    </w:p>
    <w:p>
      <w:pPr>
        <w:pStyle w:val="ResponsePrompt"/>
        <w:keepNext/>
        <w:keepLines/>
      </w:pPr>
      <w:r>
        <w:rPr>
          <w:rFonts w:ascii="Calibri" w:hAnsi="Calibri"/>
        </w:rPr>
        <w:t>Before I drive, I will prepare: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an urge becomes distracting, I will stay focused on driving and:</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Read your answers once. Remove any plan that is too complicated to use in real life. A useful plan should tell you what to do in the next few minutes, not ask you to become a different person on command.</w:t>
      </w:r>
    </w:p>
    <w:p>
      <w:pPr>
        <w:widowControl w:val="1"/>
      </w:pPr>
      <w:r>
        <w:rPr>
          <w:rFonts w:ascii="Calibri" w:hAnsi="Calibri"/>
        </w:rPr>
        <w:t>Try one plan before your stopping date if you can do so without changing your treatment or smoking for the exercise. Take the smoke-free work break, practise the refusal sentence, or send the support message. A plan becomes easier to trust after you have used it once.</w:t>
      </w:r>
    </w:p>
    <w:p>
      <w:pPr>
        <w:pStyle w:val="Kicker"/>
        <w:pageBreakBefore/>
        <w:spacing w:before="680"/>
      </w:pPr>
      <w:r>
        <w:rPr>
          <w:rFonts w:ascii="Calibri" w:hAnsi="Calibri"/>
        </w:rPr>
        <w:t>WORKBOOK 7</w:t>
      </w:r>
    </w:p>
    <w:p>
      <w:pPr>
        <w:pStyle w:val="Heading1"/>
        <w:keepNext/>
        <w:pageBreakBefore w:val="0"/>
        <w:pBdr>
          <w:bottom w:val="single" w:sz="10" w:space="8" w:color="B7AA94"/>
        </w:pBdr>
      </w:pPr>
      <w:r>
        <w:t>What Does the Cigarette Promise?</w:t>
      </w:r>
    </w:p>
    <w:p>
      <w:pPr>
        <w:widowControl w:val="1"/>
      </w:pPr>
      <w:r>
        <w:rPr>
          <w:rFonts w:ascii="Calibri" w:hAnsi="Calibri"/>
        </w:rPr>
        <w:t>A cigarette often arrives with a promise: calm, focus, pleasure, company, confidence, reward, or a break. Do not argue with the promise yet. First, make it specific.</w:t>
      </w:r>
    </w:p>
    <w:p>
      <w:pPr>
        <w:pStyle w:val="ResponsePrompt"/>
        <w:keepNext/>
        <w:keepLines/>
      </w:pPr>
      <w:r>
        <w:rPr>
          <w:rFonts w:ascii="Calibri" w:hAnsi="Calibri"/>
        </w:rPr>
        <w:t>In this situation, the cigarette promises: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 expect that feeling to begin within ______ and last for:</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Think about one remembered smoking moment.</w:t>
      </w:r>
    </w:p>
    <w:p>
      <w:pPr>
        <w:pStyle w:val="ResponsePrompt"/>
        <w:keepNext/>
        <w:keepLines/>
      </w:pPr>
      <w:r>
        <w:rPr>
          <w:rFonts w:ascii="Calibri" w:hAnsi="Calibri"/>
        </w:rPr>
        <w:t>What was happening just before I smoked: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did besides smoking, such as leaving a room, pausing work, walking, or joining someone: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changed in the first few minutes: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problem or feeling remained: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When the next urge appeared:</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Now separate the cigarette from the rest of the moment.</w:t>
      </w:r>
    </w:p>
    <w:p>
      <w:pPr>
        <w:pStyle w:val="ResponsePrompt"/>
        <w:keepNext/>
        <w:keepLines/>
      </w:pPr>
      <w:r>
        <w:rPr>
          <w:rFonts w:ascii="Calibri" w:hAnsi="Calibri"/>
        </w:rPr>
        <w:t>What may have come from taking a break:</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may have come from company, movement, a change of place, or a familiar ritual:</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may have been relief from nicotine withdrawal:</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deeper need in that moment may have been:</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Choose one small comparison that does not involve smoking. Keep the same legitimate need and change the response. If the need is rest, take a protected break. If it is company, contact someone. If it is help with withdrawal, follow the treatment plan discussed with a professional.</w:t>
      </w:r>
    </w:p>
    <w:p>
      <w:pPr>
        <w:pStyle w:val="ResponsePrompt"/>
        <w:keepNext/>
        <w:keepLines/>
      </w:pPr>
      <w:r>
        <w:rPr>
          <w:rFonts w:ascii="Calibri" w:hAnsi="Calibri"/>
        </w:rPr>
        <w:t>The smoke-free response I will try: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expect will happen: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actually happened: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most honest thing I learned from this one attempt:</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One attempt does not have to prove anything. It only has to give you better information for the next one.</w:t>
      </w:r>
    </w:p>
    <w:p>
      <w:pPr>
        <w:pStyle w:val="Kicker"/>
        <w:pageBreakBefore/>
        <w:spacing w:before="680"/>
      </w:pPr>
      <w:r>
        <w:rPr>
          <w:rFonts w:ascii="Calibri" w:hAnsi="Calibri"/>
        </w:rPr>
        <w:t>WORKBOOK 8</w:t>
      </w:r>
    </w:p>
    <w:p>
      <w:pPr>
        <w:pStyle w:val="Heading1"/>
        <w:keepNext/>
        <w:pageBreakBefore w:val="0"/>
        <w:pBdr>
          <w:bottom w:val="single" w:sz="10" w:space="8" w:color="B7AA94"/>
        </w:pBdr>
      </w:pPr>
      <w:r>
        <w:t>When a Craving Hits</w:t>
      </w:r>
    </w:p>
    <w:p>
      <w:pPr>
        <w:widowControl w:val="1"/>
      </w:pPr>
      <w:r>
        <w:rPr>
          <w:rFonts w:ascii="Calibri" w:hAnsi="Calibri"/>
        </w:rPr>
        <w:t>An urge can feel large and urgent. It is still a moment, and moments can be met one action at a time.</w:t>
      </w:r>
    </w:p>
    <w:p>
      <w:pPr>
        <w:widowControl w:val="1"/>
      </w:pPr>
      <w:r>
        <w:rPr>
          <w:rFonts w:ascii="Calibri" w:hAnsi="Calibri"/>
        </w:rPr>
        <w:t>Write your short plan while you are calm.</w:t>
      </w:r>
    </w:p>
    <w:p>
      <w:pPr>
        <w:pStyle w:val="ResponsePrompt"/>
        <w:keepNext/>
        <w:keepLines/>
      </w:pPr>
      <w:r>
        <w:rPr>
          <w:rFonts w:ascii="Calibri" w:hAnsi="Calibri"/>
        </w:rPr>
        <w:t>The place I can move to where smoking is less available: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I can call or message: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stop-smoking medicine or support already in my plan: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 simple activity I can begin without much thought: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sentence I want to remember:</w:t>
      </w:r>
    </w:p>
    <w:p>
      <w:pPr>
        <w:pStyle w:val="ResponseLine"/>
        <w:keepLines/>
        <w:spacing w:after="180" w:line="240" w:lineRule="auto"/>
        <w:shd w:fill="FCFAF4"/>
        <w:pBdr>
          <w:bottom w:val="single" w:sz="6" w:space="4" w:color="B7AA94"/>
        </w:pBdr>
      </w:pPr>
      <w:r>
        <w:t xml:space="preserve"> </w:t>
      </w:r>
    </w:p>
    <w:p>
      <w:pPr>
        <w:keepNext/>
        <w:keepLines/>
        <w:widowControl w:val="1"/>
      </w:pPr>
      <w:r>
        <w:rPr>
          <w:rFonts w:ascii="Calibri" w:hAnsi="Calibri"/>
        </w:rPr>
        <w:t>When an urge comes, try this sequence:</w:t>
      </w:r>
    </w:p>
    <w:p>
      <w:pPr>
        <w:numPr>
          <w:ilvl w:val="0"/>
          <w:numId w:val="22"/>
        </w:numPr>
        <w:keepLines/>
        <w:widowControl w:val="1"/>
        <w:spacing w:after="60"/>
      </w:pPr>
      <w:r>
        <w:rPr>
          <w:rFonts w:ascii="Calibri" w:hAnsi="Calibri"/>
        </w:rPr>
        <w:t>Name it: "An urge is here."</w:t>
      </w:r>
    </w:p>
    <w:p>
      <w:pPr>
        <w:numPr>
          <w:ilvl w:val="0"/>
          <w:numId w:val="22"/>
        </w:numPr>
        <w:keepLines/>
        <w:widowControl w:val="1"/>
        <w:spacing w:after="60"/>
      </w:pPr>
      <w:r>
        <w:rPr>
          <w:rFonts w:ascii="Calibri" w:hAnsi="Calibri"/>
        </w:rPr>
        <w:t>Put both feet somewhere supported and look at three ordinary objects.</w:t>
      </w:r>
    </w:p>
    <w:p>
      <w:pPr>
        <w:numPr>
          <w:ilvl w:val="0"/>
          <w:numId w:val="22"/>
        </w:numPr>
        <w:keepLines/>
        <w:widowControl w:val="1"/>
        <w:spacing w:after="60"/>
      </w:pPr>
      <w:r>
        <w:rPr>
          <w:rFonts w:ascii="Calibri" w:hAnsi="Calibri"/>
        </w:rPr>
        <w:t>Wait a few minutes before deciding.</w:t>
      </w:r>
    </w:p>
    <w:p>
      <w:pPr>
        <w:numPr>
          <w:ilvl w:val="0"/>
          <w:numId w:val="22"/>
        </w:numPr>
        <w:keepLines/>
        <w:widowControl w:val="1"/>
        <w:spacing w:after="60"/>
      </w:pPr>
      <w:r>
        <w:rPr>
          <w:rFonts w:ascii="Calibri" w:hAnsi="Calibri"/>
        </w:rPr>
        <w:t>Notice whether you need help with withdrawal, food, rest, movement, company, or a problem.</w:t>
      </w:r>
    </w:p>
    <w:p>
      <w:pPr>
        <w:numPr>
          <w:ilvl w:val="0"/>
          <w:numId w:val="22"/>
        </w:numPr>
        <w:keepLines/>
        <w:widowControl w:val="1"/>
        <w:spacing w:after="60"/>
      </w:pPr>
      <w:r>
        <w:rPr>
          <w:rFonts w:ascii="Calibri" w:hAnsi="Calibri"/>
        </w:rPr>
        <w:t>Take the next action from your plan.</w:t>
      </w:r>
    </w:p>
    <w:p>
      <w:pPr>
        <w:widowControl w:val="1"/>
      </w:pPr>
      <w:r>
        <w:rPr>
          <w:rFonts w:ascii="Calibri" w:hAnsi="Calibri"/>
        </w:rPr>
        <w:t>If paying attention to your breath feels comfortable, let it slow naturally. Do not force it or hold it. If inward attention makes you feel worse, look outward, move, speak to someone, or use another part of your plan.</w:t>
      </w:r>
    </w:p>
    <w:p>
      <w:pPr>
        <w:widowControl w:val="1"/>
      </w:pPr>
      <w:r>
        <w:rPr>
          <w:rFonts w:ascii="Calibri" w:hAnsi="Calibri"/>
        </w:rPr>
        <w:t>After the moment, make a short note.</w:t>
      </w:r>
    </w:p>
    <w:p>
      <w:pPr>
        <w:pStyle w:val="ResponsePrompt"/>
        <w:keepNext/>
        <w:keepLines/>
      </w:pPr>
      <w:r>
        <w:rPr>
          <w:rFonts w:ascii="Calibri" w:hAnsi="Calibri"/>
        </w:rPr>
        <w:t>The trigger was: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urge felt low, medium, high, or hard to rate: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 chose to:</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changed after a few minutes: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will prepare before this situation happens again:</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If the urge stays strong, the plan may need more help. Call someone, change location, or use the support already arranged. You are allowed to ask early.</w:t>
      </w:r>
    </w:p>
    <w:p>
      <w:pPr>
        <w:pStyle w:val="Kicker"/>
        <w:pageBreakBefore/>
        <w:spacing w:before="680"/>
      </w:pPr>
      <w:r>
        <w:rPr>
          <w:rFonts w:ascii="Calibri" w:hAnsi="Calibri"/>
        </w:rPr>
        <w:t>WORKBOOK 9</w:t>
      </w:r>
    </w:p>
    <w:p>
      <w:pPr>
        <w:pStyle w:val="Heading1"/>
        <w:keepNext/>
        <w:pageBreakBefore w:val="0"/>
        <w:pBdr>
          <w:bottom w:val="single" w:sz="10" w:space="8" w:color="B7AA94"/>
        </w:pBdr>
      </w:pPr>
      <w:r>
        <w:t>Quit Day and the First 72 Hours</w:t>
      </w:r>
    </w:p>
    <w:p>
      <w:pPr>
        <w:widowControl w:val="1"/>
      </w:pPr>
      <w:r>
        <w:rPr>
          <w:rFonts w:ascii="Calibri" w:hAnsi="Calibri"/>
        </w:rPr>
        <w:t>The last cigarette is not magic. What matters most is the plan waiting on the other side of it.</w:t>
      </w:r>
    </w:p>
    <w:p>
      <w:pPr>
        <w:pStyle w:val="ResponsePrompt"/>
        <w:keepNext/>
        <w:keepLines/>
      </w:pPr>
      <w:r>
        <w:rPr>
          <w:rFonts w:ascii="Calibri" w:hAnsi="Calibri"/>
        </w:rPr>
        <w:t>My date and time to stop:</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three reasons I want in front of me: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three situations most likely to challenge me: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will do in each situation: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person or service I will contact: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treatment instructions I have received: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will remove or change before the date: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My plan for the first coffee, meal, drive, work break, and evening:</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Plan the first three days in small blocks. Include where you will be, what you may need to eat or drink, when you can rest, who knows what you are doing, and one simple activity.</w:t>
      </w:r>
    </w:p>
    <w:p>
      <w:pPr>
        <w:pStyle w:val="ResponsePrompt"/>
        <w:keepNext/>
        <w:keepLines/>
      </w:pPr>
      <w:r>
        <w:rPr>
          <w:rFonts w:ascii="Calibri" w:hAnsi="Calibri"/>
        </w:rPr>
        <w:t>From my stopping time to bedtime: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first morning:</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first afternoon: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first evening:</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second day: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third day:</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Cravings, irritability, restlessness, changes in sleep, low mood, anxiety, and trouble concentrating can happen. Experiences differ. Keep following professional instructions, and ask for help if symptoms worry you or become hard to manage.</w:t>
      </w:r>
    </w:p>
    <w:p>
      <w:pPr>
        <w:pStyle w:val="ResponsePrompt"/>
        <w:keepNext/>
        <w:keepLines/>
      </w:pPr>
      <w:r>
        <w:rPr>
          <w:rFonts w:ascii="Calibri" w:hAnsi="Calibri"/>
        </w:rPr>
        <w:t>Three tasks I can postpone or simplify: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Three people who know this is my early quit period: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Three easy activities I can start without making many decisions: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If I smoke during these three days, my first restart action will be: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Keep the first days gentle where life allows it. Prepare simple food, reduce unnecessary decisions, and postpone arguments or demanding tasks that can wait. You are not required to have a beautiful first day. The job is to protect the next hour, then the one after that.</w:t>
      </w:r>
    </w:p>
    <w:p>
      <w:pPr>
        <w:widowControl w:val="1"/>
      </w:pPr>
      <w:r>
        <w:rPr>
          <w:rFonts w:ascii="Calibri" w:hAnsi="Calibri"/>
        </w:rPr>
        <w:t>Before bed, write one sentence about what worked. In the morning, read only that sentence and the plan for the next block. You do not need to review your entire future before breakfast.</w:t>
      </w:r>
    </w:p>
    <w:p>
      <w:pPr>
        <w:pStyle w:val="Kicker"/>
        <w:pageBreakBefore/>
        <w:spacing w:before="680"/>
      </w:pPr>
      <w:r>
        <w:rPr>
          <w:rFonts w:ascii="Calibri" w:hAnsi="Calibri"/>
        </w:rPr>
        <w:t>WORKBOOK 10</w:t>
      </w:r>
    </w:p>
    <w:p>
      <w:pPr>
        <w:pStyle w:val="Heading1"/>
        <w:keepNext/>
        <w:pageBreakBefore w:val="0"/>
        <w:pBdr>
          <w:bottom w:val="single" w:sz="10" w:space="8" w:color="B7AA94"/>
        </w:pBdr>
      </w:pPr>
      <w:r>
        <w:t>If I Smoke, Restart Here</w:t>
      </w:r>
    </w:p>
    <w:p>
      <w:pPr>
        <w:widowControl w:val="1"/>
      </w:pPr>
      <w:r>
        <w:rPr>
          <w:rFonts w:ascii="Calibri" w:hAnsi="Calibri"/>
        </w:rPr>
        <w:t>One cigarette can become a whole day or month when shame says the attempt is over. Interrupt that story as quickly as you can.</w:t>
      </w:r>
    </w:p>
    <w:p>
      <w:pPr>
        <w:keepNext/>
        <w:keepLines/>
        <w:widowControl w:val="1"/>
      </w:pPr>
      <w:r>
        <w:rPr>
          <w:rFonts w:ascii="Calibri" w:hAnsi="Calibri"/>
        </w:rPr>
        <w:t>First:</w:t>
      </w:r>
    </w:p>
    <w:p>
      <w:pPr>
        <w:numPr>
          <w:ilvl w:val="0"/>
          <w:numId w:val="23"/>
        </w:numPr>
        <w:keepLines/>
        <w:widowControl w:val="1"/>
        <w:spacing w:after="60"/>
      </w:pPr>
      <w:r>
        <w:rPr>
          <w:rFonts w:ascii="Calibri" w:hAnsi="Calibri"/>
        </w:rPr>
        <w:t>Put out the cigarette.</w:t>
      </w:r>
    </w:p>
    <w:p>
      <w:pPr>
        <w:numPr>
          <w:ilvl w:val="0"/>
          <w:numId w:val="23"/>
        </w:numPr>
        <w:keepLines/>
        <w:widowControl w:val="1"/>
        <w:spacing w:after="60"/>
      </w:pPr>
      <w:r>
        <w:rPr>
          <w:rFonts w:ascii="Calibri" w:hAnsi="Calibri"/>
        </w:rPr>
        <w:t>Move away from the remaining supply.</w:t>
      </w:r>
    </w:p>
    <w:p>
      <w:pPr>
        <w:numPr>
          <w:ilvl w:val="0"/>
          <w:numId w:val="23"/>
        </w:numPr>
        <w:keepLines/>
        <w:widowControl w:val="1"/>
        <w:spacing w:after="60"/>
      </w:pPr>
      <w:r>
        <w:rPr>
          <w:rFonts w:ascii="Calibri" w:hAnsi="Calibri"/>
        </w:rPr>
        <w:t>Contact the person or service in your plan.</w:t>
      </w:r>
    </w:p>
    <w:p>
      <w:pPr>
        <w:numPr>
          <w:ilvl w:val="0"/>
          <w:numId w:val="23"/>
        </w:numPr>
        <w:keepLines/>
        <w:widowControl w:val="1"/>
        <w:spacing w:after="60"/>
      </w:pPr>
      <w:r>
        <w:rPr>
          <w:rFonts w:ascii="Calibri" w:hAnsi="Calibri"/>
        </w:rPr>
        <w:t>Return to your stop-smoking plan now, unless a health professional has told you to do something different.</w:t>
      </w:r>
    </w:p>
    <w:p>
      <w:pPr>
        <w:widowControl w:val="1"/>
      </w:pPr>
      <w:r>
        <w:rPr>
          <w:rFonts w:ascii="Calibri" w:hAnsi="Calibri"/>
        </w:rPr>
        <w:t>When you are calm enough to learn, write down what happened.</w:t>
      </w:r>
    </w:p>
    <w:p>
      <w:pPr>
        <w:pStyle w:val="ResponsePrompt"/>
        <w:keepNext/>
        <w:keepLines/>
      </w:pPr>
      <w:r>
        <w:rPr>
          <w:rFonts w:ascii="Calibri" w:hAnsi="Calibri"/>
        </w:rPr>
        <w:t>Date, time, place, and what I smoked: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happened in the hour before it:</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was feeling in my body and mood: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thought that made smoking seem reasonable: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support or treatment available and whether I used it as directed: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first point where the sequence might have changed:</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I did immediately afterward:</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Now change one thing, not ten.</w:t>
      </w:r>
    </w:p>
    <w:p>
      <w:pPr>
        <w:pStyle w:val="ResponsePrompt"/>
        <w:keepNext/>
        <w:keepLines/>
      </w:pPr>
      <w:r>
        <w:rPr>
          <w:rFonts w:ascii="Calibri" w:hAnsi="Calibri"/>
        </w:rPr>
        <w:t>The need or trigger my plan did not cover:</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One change to my surroundings: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One change to the help I ask for:</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One change to my difficult-moment plan: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My restart time is: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sentence I would say to a friend in the same position:</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A lapse is an event. It does not erase the cigarettes you did not smoke, the things you learned, or the fact that you can act again now.</w:t>
      </w:r>
    </w:p>
    <w:p>
      <w:pPr>
        <w:pStyle w:val="Kicker"/>
        <w:pageBreakBefore/>
        <w:spacing w:before="680"/>
      </w:pPr>
      <w:r>
        <w:rPr>
          <w:rFonts w:ascii="Calibri" w:hAnsi="Calibri"/>
        </w:rPr>
        <w:t>WORKBOOK 11</w:t>
      </w:r>
    </w:p>
    <w:p>
      <w:pPr>
        <w:pStyle w:val="Heading1"/>
        <w:keepNext/>
        <w:pageBreakBefore w:val="0"/>
        <w:pBdr>
          <w:bottom w:val="single" w:sz="10" w:space="8" w:color="B7AA94"/>
        </w:pBdr>
      </w:pPr>
      <w:r>
        <w:t>Staying Free for the Next 90 Days</w:t>
      </w:r>
    </w:p>
    <w:p>
      <w:pPr>
        <w:widowControl w:val="1"/>
      </w:pPr>
      <w:r>
        <w:rPr>
          <w:rFonts w:ascii="Calibri" w:hAnsi="Calibri"/>
        </w:rPr>
        <w:t>Early quitting can feel like the whole story. Later, ordinary life returns. Travel, illness, arguments, celebrations, deadlines, boredom, and unexpected offers can wake an old sequence. A short weekly review keeps the plan close without making smoking the center of every day.</w:t>
      </w:r>
    </w:p>
    <w:p>
      <w:pPr>
        <w:pStyle w:val="Heading2"/>
        <w:widowControl w:val="1"/>
      </w:pPr>
      <w:r>
        <w:rPr>
          <w:rFonts w:ascii="Calibri" w:hAnsi="Calibri"/>
        </w:rPr>
        <w:t>My weekly check-in</w:t>
      </w:r>
    </w:p>
    <w:p>
      <w:pPr>
        <w:pStyle w:val="ResponsePrompt"/>
        <w:keepNext/>
        <w:keepLines/>
      </w:pPr>
      <w:r>
        <w:rPr>
          <w:rFonts w:ascii="Calibri" w:hAnsi="Calibri"/>
        </w:rPr>
        <w:t>The hardest moment this week was: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helped, even a little: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 routine that is beginning to feel easier:</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 situation I need to prepare for next week:</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One person I will contact before I need them:</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One change I will make to my plan:</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Once a month, look back without turning the review into a score. Which situations no longer ask for a cigarette? Which ones still surprise you? Has loneliness, stress, celebration, or travel become more difficult than expected? Change the plan when your life changes.</w:t>
      </w:r>
    </w:p>
    <w:p>
      <w:pPr>
        <w:pStyle w:val="Heading2"/>
        <w:widowControl w:val="1"/>
      </w:pPr>
      <w:r>
        <w:rPr>
          <w:rFonts w:ascii="Calibri" w:hAnsi="Calibri"/>
        </w:rPr>
        <w:t>The next three months</w:t>
      </w:r>
    </w:p>
    <w:p>
      <w:pPr>
        <w:pStyle w:val="ResponsePrompt"/>
        <w:keepNext/>
        <w:keepLines/>
      </w:pPr>
      <w:r>
        <w:rPr>
          <w:rFonts w:ascii="Calibri" w:hAnsi="Calibri"/>
        </w:rPr>
        <w:t>High-risk events, trips, deadlines, or gatherings coming up:</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My plan for each one: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Follow-up visits or calls I need to arrange: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What protects my sleep, food, movement, rest, and connection:</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 smoke-free break I genuinely enjoy:</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A reward or use of saved money that fits my real life: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exact steps I will take within one hour if I smoke:</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Keep track of more than time. Notice the drive you completed, the break you protected, the offer you refused, the help you requested, and the evening you got through. Those actions remain part of you even if a counter ever returns to zero.</w:t>
      </w:r>
    </w:p>
    <w:p>
      <w:pPr>
        <w:widowControl w:val="1"/>
      </w:pPr>
      <w:r>
        <w:rPr>
          <w:rFonts w:ascii="Calibri" w:hAnsi="Calibri"/>
        </w:rPr>
        <w:t>At the end of 90 days, write one page about an ordinary day. Include work, food, travel, people, stress, and rest. Include one hard moment and how you handled it. Do not make yourself perfect in the story.</w:t>
      </w:r>
    </w:p>
    <w:p>
      <w:pPr>
        <w:pStyle w:val="ResponsePrompt"/>
        <w:keepNext/>
        <w:keepLines/>
      </w:pPr>
      <w:r>
        <w:rPr>
          <w:rFonts w:ascii="Calibri" w:hAnsi="Calibri"/>
        </w:rPr>
        <w:t>On an ordinary day without smoking, I notice:</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part of my life that feels most available again is:</w:t>
      </w:r>
    </w:p>
    <w:p>
      <w:pPr>
        <w:pStyle w:val="ResponseLine"/>
        <w:keepLines/>
        <w:spacing w:after="180" w:line="240" w:lineRule="auto"/>
        <w:shd w:fill="FCFAF4"/>
        <w:pBdr>
          <w:bottom w:val="single" w:sz="6" w:space="4" w:color="B7AA94"/>
        </w:pBdr>
      </w:pPr>
      <w:r>
        <w:t xml:space="preserve"> </w:t>
      </w:r>
    </w:p>
    <w:p>
      <w:pPr>
        <w:pStyle w:val="ResponsePrompt"/>
        <w:keepNext/>
        <w:keepLines/>
      </w:pPr>
      <w:r>
        <w:rPr>
          <w:rFonts w:ascii="Calibri" w:hAnsi="Calibri"/>
        </w:rPr>
        <w:t>The next small act of freedom is:</w:t>
      </w:r>
    </w:p>
    <w:p>
      <w:pPr>
        <w:pStyle w:val="ResponseLine"/>
        <w:keepLines/>
        <w:spacing w:after="180" w:line="240" w:lineRule="auto"/>
        <w:shd w:fill="FCFAF4"/>
        <w:pBdr>
          <w:bottom w:val="single" w:sz="6" w:space="4" w:color="B7AA94"/>
        </w:pBdr>
      </w:pPr>
      <w:r>
        <w:t xml:space="preserve"> </w:t>
      </w:r>
    </w:p>
    <w:p>
      <w:pPr>
        <w:widowControl w:val="1"/>
      </w:pPr>
      <w:r>
        <w:rPr>
          <w:rFonts w:ascii="Calibri" w:hAnsi="Calibri"/>
        </w:rPr>
        <w:t>You may eventually go several days without thinking about this workbook. That is welcome. Keep it rather than studying it every day. Return when an old cue wakes up, a new situation appears, or you want to remember how far ordinary life has moved.</w:t>
      </w:r>
    </w:p>
    <w:sectPr>
      <w:headerReference w:type="default" r:id="rId10"/>
      <w:footerReference w:type="default" r:id="rId11"/>
      <w:pgSz w:w="12240" w:h="15840"/>
      <w:pgMar w:top="1440" w:right="1440" w:bottom="1440" w:left="1440" w:header="708" w:footer="708"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right"/>
    </w:pPr>
    <w:r>
      <w:rPr>
        <w:rFonts w:ascii="Calibri" w:hAnsi="Calibri"/>
        <w:color w:val="6F675C"/>
        <w:sz w:val="17"/>
      </w:rPr>
      <w:t xml:space="preserve">lastcigarette.org   |   </w:t>
    </w:r>
    <w:r>
      <w:rPr>
        <w:rFonts w:ascii="Calibri" w:hAnsi="Calibri"/>
        <w:color w:val="6F675C"/>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Bdr>
        <w:bottom w:val="single" w:sz="4" w:space="3" w:color="B7AA94"/>
      </w:pBdr>
    </w:pPr>
    <w:r>
      <w:rPr>
        <w:rFonts w:ascii="Calibri" w:hAnsi="Calibri"/>
        <w:b/>
        <w:color w:val="6F675C"/>
        <w:sz w:val="16"/>
      </w:rPr>
      <w:t>THE LAST CIGARETTE</w:t>
    </w:r>
    <w:r>
      <w:rPr>
        <w:rFonts w:ascii="Calibri" w:hAnsi="Calibri"/>
        <w:b/>
        <w:color w:val="6F675C"/>
        <w:sz w:val="16"/>
      </w:rPr>
      <w:tab/>
      <w:t>VJ</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10">
    <w:abstractNumId w:val="9"/>
  </w:num>
  <w:abstractNum w:abstractNumId="10">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11">
    <w:abstractNumId w:val="10"/>
  </w:num>
  <w:abstractNum w:abstractNumId="11">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12">
    <w:abstractNumId w:val="11"/>
  </w:num>
  <w:abstractNum w:abstractNumId="12">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13">
    <w:abstractNumId w:val="12"/>
  </w:num>
  <w:abstractNum w:abstractNumId="13">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14">
    <w:abstractNumId w:val="13"/>
  </w:num>
  <w:abstractNum w:abstractNumId="14">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15">
    <w:abstractNumId w:val="14"/>
  </w:num>
  <w:abstractNum w:abstractNumId="15">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16">
    <w:abstractNumId w:val="15"/>
  </w:num>
  <w:abstractNum w:abstractNumId="16">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17">
    <w:abstractNumId w:val="16"/>
  </w:num>
  <w:abstractNum w:abstractNumId="17">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18">
    <w:abstractNumId w:val="17"/>
  </w:num>
  <w:abstractNum w:abstractNumId="18">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19">
    <w:abstractNumId w:val="18"/>
  </w:num>
  <w:abstractNum w:abstractNumId="19">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20">
    <w:abstractNumId w:val="19"/>
  </w:num>
  <w:abstractNum w:abstractNumId="20">
    <w:multiLevelType w:val="singleLevel"/>
    <w:lvl w:ilvl="0">
      <w:start w:val="1"/>
      <w:numFmt w:val="bullet"/>
      <w:lvlText w:val="•"/>
      <w:suff w:val="tab"/>
      <w:pPr>
        <w:tabs>
          <w:tab w:val="num" w:pos="720"/>
        </w:tabs>
        <w:ind w:left="720" w:hanging="360"/>
        <w:spacing w:after="80" w:line="290" w:lineRule="auto"/>
      </w:pPr>
      <w:rPr>
        <w:rFonts w:ascii="Calibri" w:hAnsi="Calibri"/>
      </w:rPr>
    </w:lvl>
  </w:abstractNum>
  <w:num w:numId="21">
    <w:abstractNumId w:val="20"/>
  </w:num>
  <w:abstractNum w:abstractNumId="21">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22">
    <w:abstractNumId w:val="21"/>
  </w:num>
  <w:abstractNum w:abstractNumId="22">
    <w:multiLevelType w:val="singleLevel"/>
    <w:lvl w:ilvl="0">
      <w:start w:val="1"/>
      <w:numFmt w:val="decimal"/>
      <w:lvlText w:val="%1."/>
      <w:suff w:val="tab"/>
      <w:pPr>
        <w:tabs>
          <w:tab w:val="num" w:pos="720"/>
        </w:tabs>
        <w:ind w:left="720" w:hanging="360"/>
        <w:spacing w:after="80" w:line="290" w:lineRule="auto"/>
      </w:pPr>
      <w:rPr>
        <w:rFonts w:ascii="Calibri" w:hAnsi="Calibri"/>
      </w:rPr>
    </w:lvl>
  </w:abstract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b w:val="0"/>
      <w:i w:val="0"/>
      <w:color w:val="1514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40"/>
      <w:outlineLvl w:val="0"/>
    </w:pPr>
    <w:rPr>
      <w:rFonts w:asciiTheme="majorHAnsi" w:eastAsiaTheme="majorEastAsia" w:hAnsiTheme="majorHAnsi" w:cstheme="majorBidi" w:ascii="Calibri" w:hAnsi="Calibri"/>
      <w:b/>
      <w:bCs/>
      <w:i w:val="0"/>
      <w:color w:val="151411"/>
      <w:sz w:val="5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i w:val="0"/>
      <w:color w:val="20374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i w:val="0"/>
      <w:color w:val="A52F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before="0" w:after="160" w:line="276" w:lineRule="auto"/>
    </w:pPr>
    <w:rPr>
      <w:rFonts w:ascii="Calibri" w:hAnsi="Calibri"/>
      <w:b/>
      <w:i w:val="0"/>
      <w:color w:val="A52F20"/>
      <w:sz w:val="20"/>
    </w:rPr>
  </w:style>
  <w:style w:type="paragraph" w:customStyle="1" w:styleId="Lead">
    <w:name w:val="Lead"/>
    <w:pPr>
      <w:spacing w:before="0" w:after="280" w:line="276" w:lineRule="auto"/>
    </w:pPr>
    <w:rPr>
      <w:rFonts w:ascii="Calibri" w:hAnsi="Calibri"/>
      <w:b w:val="0"/>
      <w:i w:val="0"/>
      <w:color w:val="203748"/>
      <w:sz w:val="26"/>
    </w:rPr>
  </w:style>
  <w:style w:type="paragraph" w:customStyle="1" w:styleId="SourceNote">
    <w:name w:val="Source Note"/>
    <w:pPr>
      <w:spacing w:before="100" w:after="160" w:line="276" w:lineRule="auto"/>
    </w:pPr>
    <w:rPr>
      <w:rFonts w:ascii="Calibri" w:hAnsi="Calibri"/>
      <w:b w:val="0"/>
      <w:i w:val="0"/>
      <w:color w:val="6F675C"/>
      <w:sz w:val="18"/>
    </w:rPr>
  </w:style>
  <w:style w:type="paragraph" w:customStyle="1" w:styleId="Callout">
    <w:name w:val="Callout"/>
    <w:pPr>
      <w:spacing w:before="120" w:after="160" w:line="300" w:lineRule="auto"/>
    </w:pPr>
    <w:rPr>
      <w:rFonts w:ascii="Calibri" w:hAnsi="Calibri"/>
      <w:b w:val="0"/>
      <w:i w:val="0"/>
      <w:color w:val="151411"/>
      <w:sz w:val="21"/>
    </w:rPr>
  </w:style>
  <w:style w:type="paragraph" w:customStyle="1" w:styleId="ResponsePrompt">
    <w:name w:val="Response Prompt"/>
    <w:pPr>
      <w:spacing w:before="80" w:after="40" w:line="276" w:lineRule="auto"/>
    </w:pPr>
    <w:rPr>
      <w:rFonts w:ascii="Calibri" w:hAnsi="Calibri"/>
      <w:b/>
      <w:i w:val="0"/>
      <w:color w:val="203748"/>
      <w:sz w:val="21"/>
    </w:rPr>
  </w:style>
  <w:style w:type="paragraph" w:customStyle="1" w:styleId="ResponseLine">
    <w:name w:val="Response Line"/>
    <w:pPr>
      <w:spacing w:before="0" w:after="180" w:line="276" w:lineRule="auto"/>
    </w:pPr>
    <w:rPr>
      <w:rFonts w:ascii="Calibri" w:hAnsi="Calibri"/>
      <w:b w:val="0"/>
      <w:i w:val="0"/>
      <w:color w:val="6F675C"/>
      <w:sz w:val="20"/>
    </w:rPr>
  </w:style>
  <w:style w:type="paragraph" w:customStyle="1" w:styleId="Small">
    <w:name w:val="Small"/>
    <w:pPr>
      <w:spacing w:before="0" w:after="100" w:line="276" w:lineRule="auto"/>
    </w:pPr>
    <w:rPr>
      <w:rFonts w:ascii="Calibri" w:hAnsi="Calibri"/>
      <w:b w:val="0"/>
      <w:i w:val="0"/>
      <w:color w:val="6F675C"/>
      <w:sz w:val="18"/>
    </w:rPr>
  </w:style>
  <w:style w:type="paragraph" w:customStyle="1" w:styleId="TOCEntry">
    <w:name w:val="TOC Entry"/>
    <w:pPr>
      <w:spacing w:before="0" w:after="80" w:line="276" w:lineRule="auto"/>
    </w:pPr>
    <w:rPr>
      <w:rFonts w:ascii="Calibri" w:hAnsi="Calibri"/>
      <w:b w:val="0"/>
      <w:i w:val="0"/>
      <w:color w:val="151411"/>
      <w:sz w:val="21"/>
    </w:rPr>
  </w:style>
  <w:style w:type="paragraph" w:customStyle="1" w:styleId="PartTitle">
    <w:name w:val="Part Title"/>
    <w:pPr>
      <w:spacing w:before="0" w:after="240" w:line="276" w:lineRule="auto"/>
    </w:pPr>
    <w:rPr>
      <w:rFonts w:ascii="Calibri" w:hAnsi="Calibri"/>
      <w:b/>
      <w:i w:val="0"/>
      <w:color w:val="151411"/>
      <w:sz w:val="56"/>
    </w:rPr>
  </w:style>
  <w:style w:type="paragraph" w:customStyle="1" w:styleId="Subheading">
    <w:name w:val="Subheading"/>
    <w:pPr>
      <w:keepNext/>
      <w:keepLines/>
      <w:spacing w:before="160" w:after="60" w:line="276" w:lineRule="auto"/>
    </w:pPr>
    <w:rPr>
      <w:rFonts w:ascii="Calibri" w:hAnsi="Calibri"/>
      <w:b/>
      <w:i w:val="0"/>
      <w:color w:val="203748"/>
      <w:sz w:val="22"/>
    </w:rPr>
  </w:style>
  <w:style w:type="paragraph" w:customStyle="1" w:styleId="CodeBlock">
    <w:name w:val="Code Block"/>
    <w:pPr>
      <w:spacing w:before="100" w:after="160" w:line="240" w:lineRule="auto"/>
      <w:jc w:val="left"/>
    </w:pPr>
    <w:rPr>
      <w:rFonts w:ascii="Courier New" w:hAnsi="Courier New"/>
      <w:b w:val="0"/>
      <w:i w:val="0"/>
      <w:color w:val="15141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stcigarette.org/" TargetMode="Externa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Last Cigarette</dc:title>
  <dc:subject>A practical guide to quitting smoking</dc:subject>
  <dc:creator>VJ</dc:creator>
  <cp:keywords>smoking, cravings, planning, workbook</cp:keywords>
  <dc:description/>
  <cp:lastModifiedBy>VJ</cp:lastModifiedBy>
  <cp:revision>1</cp:revision>
  <dcterms:created xsi:type="dcterms:W3CDTF">2013-12-23T23:15:00Z</dcterms:created>
  <dcterms:modified xsi:type="dcterms:W3CDTF">2013-12-23T23:15:00Z</dcterms:modified>
  <cp:category/>
</cp:coreProperties>
</file>